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AMENDMENT AGREEMENT</w:t>
      </w:r>
    </w:p>
    <w:p/>
    <w:p>
      <w:r>
        <w:rPr>
          <w:b/>
          <w:sz w:val="20"/>
        </w:rPr>
        <w:t>This Amendment Agreement ("Amendment") is made by and between the undersigned parties to amend the terms of the original agreement as specified below.</w:t>
      </w:r>
    </w:p>
    <w:p/>
    <w:p>
      <w:r>
        <w:rPr>
          <w:b/>
          <w:sz w:val="20"/>
        </w:rPr>
        <w:t>Party 1 Information:</w:t>
      </w:r>
    </w:p>
    <w:p>
      <w:r>
        <w:rPr>
          <w:b w:val="0"/>
          <w:sz w:val="20"/>
        </w:rPr>
        <w:t>Full Legal Name: ____________________________________________________________</w:t>
      </w:r>
    </w:p>
    <w:p>
      <w:r>
        <w:rPr>
          <w:b w:val="0"/>
          <w:sz w:val="20"/>
        </w:rPr>
        <w:t>Type of Entity (if applicable): ______________________________________________</w:t>
      </w:r>
    </w:p>
    <w:p>
      <w:r>
        <w:rPr>
          <w:b w:val="0"/>
          <w:sz w:val="20"/>
        </w:rPr>
        <w:t>Address: _________________________________________________________________</w:t>
      </w:r>
    </w:p>
    <w:p>
      <w:r>
        <w:rPr>
          <w:b w:val="0"/>
          <w:sz w:val="20"/>
        </w:rPr>
        <w:t>Contact Number: ___________________________________________________________</w:t>
      </w:r>
    </w:p>
    <w:p>
      <w:r>
        <w:rPr>
          <w:b w:val="0"/>
          <w:sz w:val="20"/>
        </w:rPr>
        <w:t>Email Address: _____________________________________________________________</w:t>
      </w:r>
    </w:p>
    <w:p/>
    <w:p>
      <w:r>
        <w:rPr>
          <w:b/>
          <w:sz w:val="20"/>
        </w:rPr>
        <w:t>Party 2 Information:</w:t>
      </w:r>
    </w:p>
    <w:p>
      <w:r>
        <w:rPr>
          <w:b w:val="0"/>
          <w:sz w:val="20"/>
        </w:rPr>
        <w:t>Full Legal Name: ____________________________________________________________</w:t>
      </w:r>
    </w:p>
    <w:p>
      <w:r>
        <w:rPr>
          <w:b w:val="0"/>
          <w:sz w:val="20"/>
        </w:rPr>
        <w:t>Type of Entity (if applicable): ______________________________________________</w:t>
      </w:r>
    </w:p>
    <w:p>
      <w:r>
        <w:rPr>
          <w:b w:val="0"/>
          <w:sz w:val="20"/>
        </w:rPr>
        <w:t>Address: _________________________________________________________________</w:t>
      </w:r>
    </w:p>
    <w:p>
      <w:r>
        <w:rPr>
          <w:b w:val="0"/>
          <w:sz w:val="20"/>
        </w:rPr>
        <w:t>Contact Number: ___________________________________________________________</w:t>
      </w:r>
    </w:p>
    <w:p>
      <w:r>
        <w:rPr>
          <w:b w:val="0"/>
          <w:sz w:val="20"/>
        </w:rPr>
        <w:t>Email Address: _____________________________________________________________</w:t>
      </w:r>
    </w:p>
    <w:p/>
    <w:p>
      <w:r>
        <w:rPr>
          <w:b/>
          <w:sz w:val="20"/>
        </w:rPr>
        <w:t>RECITALS</w:t>
      </w:r>
    </w:p>
    <w:p>
      <w:r>
        <w:rPr>
          <w:b w:val="0"/>
          <w:sz w:val="20"/>
        </w:rPr>
        <w:t>WHEREAS, the parties entered into a certain agreement originally dated __________________ (the "Original Agreement");</w:t>
      </w:r>
    </w:p>
    <w:p>
      <w:r>
        <w:rPr>
          <w:b w:val="0"/>
          <w:sz w:val="20"/>
        </w:rPr>
        <w:t>WHEREAS, the parties desire to amend the Original Agreement under the terms and conditions set forth herein;</w:t>
      </w:r>
    </w:p>
    <w:p>
      <w:r>
        <w:rPr>
          <w:b w:val="0"/>
          <w:sz w:val="20"/>
        </w:rPr>
        <w:t>NOW, THEREFORE, in consideration of the mutual promises and agreements contained herein and other good and valuable consideration, the receipt and sufficiency of which are hereby acknowledged, the parties agree as follows:</w:t>
      </w:r>
    </w:p>
    <w:p/>
    <w:p>
      <w:r>
        <w:rPr>
          <w:b/>
          <w:sz w:val="20"/>
        </w:rPr>
        <w:t>1. Amendments to Original Agreement</w:t>
      </w:r>
    </w:p>
    <w:p>
      <w:r>
        <w:rPr>
          <w:b w:val="0"/>
          <w:sz w:val="20"/>
        </w:rPr>
        <w:t>1.1 The Original Agreement is hereby amended as follows:</w:t>
      </w:r>
    </w:p>
    <w:p>
      <w:r>
        <w:rPr>
          <w:b w:val="0"/>
          <w:sz w:val="20"/>
        </w:rPr>
        <w:t>______________________________________________________________________________________</w:t>
      </w:r>
    </w:p>
    <w:p>
      <w:r>
        <w:rPr>
          <w:b w:val="0"/>
          <w:sz w:val="20"/>
        </w:rPr>
        <w:t>______________________________________________________________________________________</w:t>
      </w:r>
    </w:p>
    <w:p>
      <w:r>
        <w:rPr>
          <w:b w:val="0"/>
          <w:sz w:val="20"/>
        </w:rPr>
        <w:t>______________________________________________________________________________________</w:t>
      </w:r>
    </w:p>
    <w:p>
      <w:r>
        <w:rPr>
          <w:b w:val="0"/>
          <w:sz w:val="20"/>
        </w:rPr>
        <w:t>1.2 All references to the "Original Agreement" within this Amendment shall mean the agreement as amended by this document.</w:t>
      </w:r>
    </w:p>
    <w:p/>
    <w:p>
      <w:r>
        <w:rPr>
          <w:b/>
          <w:sz w:val="20"/>
        </w:rPr>
        <w:t>2. No Other Changes</w:t>
      </w:r>
    </w:p>
    <w:p>
      <w:r>
        <w:rPr>
          <w:b w:val="0"/>
          <w:sz w:val="20"/>
        </w:rPr>
        <w:t>Except as expressly amended hereby, all other terms, conditions, and provisions of the Original Agreement shall remain in full force and effect.</w:t>
      </w:r>
    </w:p>
    <w:p/>
    <w:p>
      <w:r>
        <w:rPr>
          <w:b/>
          <w:sz w:val="20"/>
        </w:rPr>
        <w:t>3. Representations and Warranties</w:t>
      </w:r>
    </w:p>
    <w:p>
      <w:r>
        <w:rPr>
          <w:b w:val="0"/>
          <w:sz w:val="20"/>
        </w:rPr>
        <w:t>Each party represents and warrants that it has the full power and authority to enter into this Amendment and to perform its obligations hereunder, and that the execution and delivery of this Amendment and the performance of its terms have been duly authorized by all necessary corporate or other actions.</w:t>
      </w:r>
    </w:p>
    <w:p/>
    <w:p>
      <w:r>
        <w:rPr>
          <w:b/>
          <w:sz w:val="20"/>
        </w:rPr>
        <w:t>4. Governing Law</w:t>
      </w:r>
    </w:p>
    <w:p>
      <w:r>
        <w:rPr>
          <w:b w:val="0"/>
          <w:sz w:val="20"/>
        </w:rPr>
        <w:t>This Amendment shall be governed by and construed in accordance with the laws of the United States of America and the State of __________________, without regard to its conflict of laws principles.</w:t>
      </w:r>
    </w:p>
    <w:p/>
    <w:p>
      <w:r>
        <w:rPr>
          <w:b/>
          <w:sz w:val="20"/>
        </w:rPr>
        <w:t>5. Entire Agreement</w:t>
      </w:r>
    </w:p>
    <w:p>
      <w:r>
        <w:rPr>
          <w:b w:val="0"/>
          <w:sz w:val="20"/>
        </w:rPr>
        <w:t>This Amendment, together with the Original Agreement, constitutes the entire agreement between the parties concerning the subject matter hereof and supersedes all prior agreements, understandings, negotiations, and discussions, whether oral or written.</w:t>
      </w:r>
    </w:p>
    <w:p/>
    <w:p>
      <w:r>
        <w:rPr>
          <w:b/>
          <w:sz w:val="20"/>
        </w:rPr>
        <w:t>6. Counterparts</w:t>
      </w:r>
    </w:p>
    <w:p>
      <w:r>
        <w:rPr>
          <w:b w:val="0"/>
          <w:sz w:val="20"/>
        </w:rPr>
        <w:t>This Amendment may be executed in counterparts, each of which shall be deemed an original, but all of which together shall constitute one and the same instrument.</w:t>
      </w:r>
    </w:p>
    <w:p/>
    <w:p>
      <w:r>
        <w:rPr>
          <w:b/>
          <w:sz w:val="20"/>
        </w:rPr>
        <w:t>7. Effective Date</w:t>
      </w:r>
    </w:p>
    <w:p>
      <w:r>
        <w:rPr>
          <w:b w:val="0"/>
          <w:sz w:val="20"/>
        </w:rPr>
        <w:t>This Amendment shall become effective upon the date of execution by the last party to sign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1</w:t>
            </w:r>
          </w:p>
        </w:tc>
        <w:tc>
          <w:tcPr>
            <w:tcW w:type="dxa" w:w="4986"/>
            <w:tcBorders>
              <w:top w:val="nil"/>
              <w:left w:val="nil"/>
              <w:bottom w:val="nil"/>
              <w:right w:val="nil"/>
              <w:insideH w:val="nil"/>
              <w:insideV w:val="nil"/>
            </w:tcBorders>
          </w:tcPr>
          <w:p>
            <w:pPr>
              <w:jc w:val="center"/>
            </w:pPr>
            <w:r>
              <w:t>PARTY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(if applicable): ____________________</w:t>
            </w:r>
          </w:p>
        </w:tc>
        <w:tc>
          <w:tcPr>
            <w:tcW w:type="dxa" w:w="4986"/>
            <w:tcBorders>
              <w:top w:val="nil"/>
              <w:left w:val="nil"/>
              <w:bottom w:val="nil"/>
              <w:right w:val="nil"/>
              <w:insideH w:val="nil"/>
              <w:insideV w:val="nil"/>
            </w:tcBorders>
          </w:tcPr>
          <w:p>
            <w:pPr>
              <w:jc w:val="center"/>
            </w:pPr>
            <w:r>
              <w:t>Name: ________________________________</w:t>
              <w:br/>
              <w:t>Title (if applicable): 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https://agreement247-us.com/amendment-agreement/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amendment-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