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CALIFORNIA SEVERANCE AGREEMENT AND GENERAL RELEASE</w:t>
      </w:r>
    </w:p>
    <w:p/>
    <w:p/>
    <w:p>
      <w:r>
        <w:rPr>
          <w:b w:val="0"/>
          <w:sz w:val="20"/>
        </w:rPr>
        <w:t>This Severance Agreement and General Release ("Agreement") is entered into by and between the following parties:</w:t>
      </w:r>
    </w:p>
    <w:p/>
    <w:p>
      <w:r>
        <w:rPr>
          <w:b/>
          <w:sz w:val="20"/>
        </w:rPr>
        <w:t>Employer Information:</w:t>
      </w:r>
    </w:p>
    <w:p>
      <w:r>
        <w:rPr>
          <w:b w:val="0"/>
          <w:sz w:val="20"/>
        </w:rPr>
        <w:t>Legal Entity Name: ________________________________________________</w:t>
      </w:r>
    </w:p>
    <w:p>
      <w:r>
        <w:rPr>
          <w:b w:val="0"/>
          <w:sz w:val="20"/>
        </w:rPr>
        <w:t>Address: __________________________________________________________</w:t>
      </w:r>
    </w:p>
    <w:p>
      <w:r>
        <w:rPr>
          <w:b w:val="0"/>
          <w:sz w:val="20"/>
        </w:rPr>
        <w:t>City, State, ZIP: ________________________________________________</w:t>
      </w:r>
    </w:p>
    <w:p/>
    <w:p>
      <w:r>
        <w:rPr>
          <w:b/>
          <w:sz w:val="20"/>
        </w:rPr>
        <w:t>Employee Information:</w:t>
      </w:r>
    </w:p>
    <w:p>
      <w:r>
        <w:rPr>
          <w:b w:val="0"/>
          <w:sz w:val="20"/>
        </w:rPr>
        <w:t>Full Name: ________________________________________________________</w:t>
      </w:r>
    </w:p>
    <w:p>
      <w:r>
        <w:rPr>
          <w:b w:val="0"/>
          <w:sz w:val="20"/>
        </w:rPr>
        <w:t>Address: __________________________________________________________</w:t>
      </w:r>
    </w:p>
    <w:p>
      <w:r>
        <w:rPr>
          <w:b w:val="0"/>
          <w:sz w:val="20"/>
        </w:rPr>
        <w:t>City, State, ZIP: ________________________________________________</w:t>
      </w:r>
    </w:p>
    <w:p/>
    <w:p/>
    <w:p>
      <w:r>
        <w:rPr>
          <w:b/>
          <w:sz w:val="20"/>
        </w:rPr>
        <w:t>RECITALS</w:t>
      </w:r>
    </w:p>
    <w:p>
      <w:r>
        <w:rPr>
          <w:b w:val="0"/>
          <w:sz w:val="20"/>
        </w:rPr>
        <w:t>WHEREAS, Employee was employed by Employer;</w:t>
      </w:r>
    </w:p>
    <w:p>
      <w:r>
        <w:rPr>
          <w:b w:val="0"/>
          <w:sz w:val="20"/>
        </w:rPr>
        <w:t>WHEREAS, the employment relationship between Employer and Employee has ended or is ending;</w:t>
      </w:r>
    </w:p>
    <w:p>
      <w:r>
        <w:rPr>
          <w:b w:val="0"/>
          <w:sz w:val="20"/>
        </w:rPr>
        <w:t>WHEREAS, the parties desire to settle fully and finally all claims between them;</w:t>
      </w:r>
    </w:p>
    <w:p>
      <w:r>
        <w:rPr>
          <w:b w:val="0"/>
          <w:sz w:val="20"/>
        </w:rPr>
        <w:t>NOW, THEREFORE, in consideration of the mutual promises and covenants contained herein, the parties agree as follows:</w:t>
      </w:r>
    </w:p>
    <w:p/>
    <w:p/>
    <w:p>
      <w:r>
        <w:rPr>
          <w:b/>
          <w:sz w:val="20"/>
        </w:rPr>
        <w:t>1. SEVERANCE PAYMENT</w:t>
      </w:r>
    </w:p>
    <w:p>
      <w:r>
        <w:rPr>
          <w:b w:val="0"/>
          <w:sz w:val="20"/>
        </w:rPr>
        <w:t>Employer agrees to pay Employee a total severance amount of $________________ ("Severance Payment"), less applicable taxes and withholdings, payable as follows:</w:t>
      </w:r>
    </w:p>
    <w:p>
      <w:r>
        <w:rPr>
          <w:b w:val="0"/>
          <w:sz w:val="20"/>
        </w:rPr>
        <w:t>______________________________________________________________________</w:t>
      </w:r>
    </w:p>
    <w:p>
      <w:r>
        <w:rPr>
          <w:b w:val="0"/>
          <w:sz w:val="20"/>
        </w:rPr>
        <w:t>The Severance Payment is conditioned upon Employee’s execution and non-revocation of this Agreement.</w:t>
      </w:r>
    </w:p>
    <w:p/>
    <w:p>
      <w:r>
        <w:rPr>
          <w:b/>
          <w:sz w:val="20"/>
        </w:rPr>
        <w:t>2. RELEASE AND WAIVER OF CLAIMS</w:t>
      </w:r>
    </w:p>
    <w:p>
      <w:r>
        <w:rPr>
          <w:b w:val="0"/>
          <w:sz w:val="20"/>
        </w:rPr>
        <w:t>Employee, on behalf of Employee and Employee’s heirs, executors, administrators, successors, and assigns, hereby releases and forever discharges Employer and its affiliates, subsidiaries, officers, directors, employees, agents, predecessors, successors, and assigns (collectively "Released Parties") from any and all claims, demands, liabilities, damages, actions, causes of action, or suits of any kind whatsoever, whether known or unknown, which Employee has or may have against the Released Parties arising out of or related to Employee’s employment or the termination thereof, including but not limited to claims under federal, state, or local laws, statutes, or ordinances.</w:t>
      </w:r>
    </w:p>
    <w:p/>
    <w:p>
      <w:r>
        <w:rPr>
          <w:b/>
          <w:sz w:val="20"/>
        </w:rPr>
        <w:t>3. ACKNOWLEDGMENT OF SPECIFIC WAIVER</w:t>
      </w:r>
    </w:p>
    <w:p>
      <w:r>
        <w:rPr>
          <w:b w:val="0"/>
          <w:sz w:val="20"/>
        </w:rPr>
        <w:t>Employee acknowledges that this release includes claims arising under the Age Discrimination in Employment Act ("ADEA"), the California Fair Employment and Housing Act ("FEHA"), and other similar laws. Employee understands that Employee is waiving rights or claims that may arise after the date this Agreement is executed. Employee is advised to consult an attorney before signing this Agreement.</w:t>
      </w:r>
    </w:p>
    <w:p/>
    <w:p>
      <w:r>
        <w:rPr>
          <w:b/>
          <w:sz w:val="20"/>
        </w:rPr>
        <w:t>4. NO ADMISSION OF LIABILITY</w:t>
      </w:r>
    </w:p>
    <w:p>
      <w:r>
        <w:rPr>
          <w:b w:val="0"/>
          <w:sz w:val="20"/>
        </w:rPr>
        <w:t>This Agreement does not constitute an admission of liability or wrongdoing by any party. Both parties deny any such liability or wrongdoing.</w:t>
      </w:r>
    </w:p>
    <w:p/>
    <w:p>
      <w:r>
        <w:rPr>
          <w:b/>
          <w:sz w:val="20"/>
        </w:rPr>
        <w:t>5. CONFIDENTIALITY</w:t>
      </w:r>
    </w:p>
    <w:p>
      <w:r>
        <w:rPr>
          <w:b w:val="0"/>
          <w:sz w:val="20"/>
        </w:rPr>
        <w:t>Employee agrees to keep the terms and existence of this Agreement confidential and shall not disclose any information concerning this Agreement or the Severance Payment to any third party except as required by law, to Employee’s immediate family, legal or financial advisors, or as necessary to enforce this Agreement.</w:t>
      </w:r>
    </w:p>
    <w:p/>
    <w:p>
      <w:r>
        <w:rPr>
          <w:b/>
          <w:sz w:val="20"/>
        </w:rPr>
        <w:t>6. NON-DISPARAGEMENT</w:t>
      </w:r>
    </w:p>
    <w:p>
      <w:r>
        <w:rPr>
          <w:b w:val="0"/>
          <w:sz w:val="20"/>
        </w:rPr>
        <w:t>Employee agrees not to make any negative or disparaging statements, whether written or oral, about Employer, its officers, directors, employees, or agents. Employer agrees to instruct its officers and directors not to make negative or disparaging statements about Employee.</w:t>
      </w:r>
    </w:p>
    <w:p/>
    <w:p>
      <w:r>
        <w:rPr>
          <w:b/>
          <w:sz w:val="20"/>
        </w:rPr>
        <w:t>7. RETURN OF PROPERTY</w:t>
      </w:r>
    </w:p>
    <w:p>
      <w:r>
        <w:rPr>
          <w:b w:val="0"/>
          <w:sz w:val="20"/>
        </w:rPr>
        <w:t>Employee represents and warrants that Employee has returned all Employer property, including but not limited to keys, documents, electronic devices, and confidential information.</w:t>
      </w:r>
    </w:p>
    <w:p/>
    <w:p>
      <w:r>
        <w:rPr>
          <w:b/>
          <w:sz w:val="20"/>
        </w:rPr>
        <w:t>8. COOPERATION</w:t>
      </w:r>
    </w:p>
    <w:p>
      <w:r>
        <w:rPr>
          <w:b w:val="0"/>
          <w:sz w:val="20"/>
        </w:rPr>
        <w:t>Employee agrees to cooperate reasonably with Employer in connection with any matters arising from Employee’s employment or separation, at Employer’s request and expense.</w:t>
      </w:r>
    </w:p>
    <w:p/>
    <w:p>
      <w:r>
        <w:rPr>
          <w:b/>
          <w:sz w:val="20"/>
        </w:rPr>
        <w:t>9. NO OTHER AGREEMENTS</w:t>
      </w:r>
    </w:p>
    <w:p>
      <w:r>
        <w:rPr>
          <w:b w:val="0"/>
          <w:sz w:val="20"/>
        </w:rPr>
        <w:t>This Agreement supersedes any and all prior agreements, whether oral or written, between the parties related to Employee’s employment or separation.</w:t>
      </w:r>
    </w:p>
    <w:p/>
    <w:p>
      <w:r>
        <w:rPr>
          <w:b/>
          <w:sz w:val="20"/>
        </w:rPr>
        <w:t>10. ENTIRE AGREEMENT</w:t>
      </w:r>
    </w:p>
    <w:p>
      <w:r>
        <w:rPr>
          <w:b w:val="0"/>
          <w:sz w:val="20"/>
        </w:rPr>
        <w:t>This Agreement contains the entire understanding between the parties concerning the subject matter hereof and may not be modified except in writing signed by both parties.</w:t>
      </w:r>
    </w:p>
    <w:p/>
    <w:p>
      <w:r>
        <w:rPr>
          <w:b/>
          <w:sz w:val="20"/>
        </w:rPr>
        <w:t>11. GOVERNING LAW</w:t>
      </w:r>
    </w:p>
    <w:p>
      <w:r>
        <w:rPr>
          <w:b w:val="0"/>
          <w:sz w:val="20"/>
        </w:rPr>
        <w:t>This Agreement shall be governed by and construed in accordance with the laws of the State of California without regard to its conflict of laws principles.</w:t>
      </w:r>
    </w:p>
    <w:p/>
    <w:p>
      <w:r>
        <w:rPr>
          <w:b/>
          <w:sz w:val="20"/>
        </w:rPr>
        <w:t>12. SEVERABILITY</w:t>
      </w:r>
    </w:p>
    <w:p>
      <w:r>
        <w:rPr>
          <w:b w:val="0"/>
          <w:sz w:val="20"/>
        </w:rPr>
        <w:t>If any provision of this Agreement is found to be unenforceable, the remainder shall continue in full force and effect.</w:t>
      </w:r>
    </w:p>
    <w:p/>
    <w:p>
      <w:r>
        <w:rPr>
          <w:b/>
          <w:sz w:val="20"/>
        </w:rPr>
        <w:t>13. VOLUNTARY AGREEMENT</w:t>
      </w:r>
    </w:p>
    <w:p>
      <w:r>
        <w:rPr>
          <w:b w:val="0"/>
          <w:sz w:val="20"/>
        </w:rPr>
        <w:t>Employee acknowledges that Employee has read this Agreement carefully, understands its terms, has had an opportunity to consult with an attorney, and is entering into it voluntarily and without coercion.</w:t>
      </w:r>
    </w:p>
    <w:p/>
    <w:p/>
    <w:p>
      <w:r>
        <w:rPr>
          <w:b/>
          <w:sz w:val="20"/>
        </w:rPr>
        <w:t>EXECUTION</w:t>
      </w:r>
    </w:p>
    <w:p>
      <w:r>
        <w:rPr>
          <w:b w:val="0"/>
          <w:sz w:val="20"/>
        </w:rPr>
        <w:t>IN WITNESS WHEREOF, the parties hereto have executed this Severance Agreement and General Release as of the date written below.</w:t>
      </w:r>
    </w:p>
    <w:p/>
    <w:p/>
    <w:p>
      <w:r>
        <w:rPr>
          <w:b w:val="0"/>
          <w:sz w:val="20"/>
        </w:rPr>
        <w:t>Place of execution: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__________________________________</w:t>
            </w:r>
          </w:p>
        </w:tc>
      </w:tr>
      <w:tr>
        <w:tc>
          <w:tcPr>
            <w:tcW w:type="dxa" w:w="4986"/>
            <w:tcBorders>
              <w:top w:val="nil"/>
              <w:left w:val="nil"/>
              <w:bottom w:val="nil"/>
              <w:right w:val="nil"/>
              <w:insideH w:val="nil"/>
              <w:insideV w:val="nil"/>
            </w:tcBorders>
          </w:tcPr>
          <w:p>
            <w:pPr>
              <w:jc w:val="center"/>
            </w:pPr>
            <w:r>
              <w:t>Name &amp; Title: ______________________________</w:t>
            </w:r>
          </w:p>
        </w:tc>
        <w:tc>
          <w:tcPr>
            <w:tcW w:type="dxa" w:w="4986"/>
            <w:tcBorders>
              <w:top w:val="nil"/>
              <w:left w:val="nil"/>
              <w:bottom w:val="nil"/>
              <w:right w:val="nil"/>
              <w:insideH w:val="nil"/>
              <w:insideV w:val="nil"/>
            </w:tcBorders>
          </w:tcPr>
          <w:p>
            <w:pPr>
              <w:jc w:val="center"/>
            </w:pPr>
            <w:r>
              <w:t>Name: 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https://agreement247-us.com/california-severance-agreement-over-40/</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california-severance-agreement-over-40/"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