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VEHICLE PURCHASE AND SALE AGREEMENT</w:t>
      </w:r>
    </w:p>
    <w:p/>
    <w:p>
      <w:r>
        <w:rPr>
          <w:b w:val="0"/>
          <w:sz w:val="20"/>
        </w:rPr>
        <w:t>Place: ____________________________    Date: ____________________________</w:t>
      </w:r>
    </w:p>
    <w:p/>
    <w:p>
      <w:r>
        <w:rPr>
          <w:b/>
          <w:sz w:val="20"/>
        </w:rPr>
        <w:t>Seller Information:</w:t>
      </w:r>
    </w:p>
    <w:p>
      <w:r>
        <w:rPr>
          <w:b w:val="0"/>
          <w:sz w:val="20"/>
        </w:rPr>
        <w:t>Full Name: ____________________________________________________________</w:t>
      </w:r>
    </w:p>
    <w:p>
      <w:r>
        <w:rPr>
          <w:b w:val="0"/>
          <w:sz w:val="20"/>
        </w:rPr>
        <w:t>Driver’s License No. / ID: _____________________________________________</w:t>
      </w:r>
    </w:p>
    <w:p>
      <w:r>
        <w:rPr>
          <w:b w:val="0"/>
          <w:sz w:val="20"/>
        </w:rPr>
        <w:t>Address: _____________________________________________________________</w:t>
      </w:r>
    </w:p>
    <w:p>
      <w:r>
        <w:rPr>
          <w:b w:val="0"/>
          <w:sz w:val="20"/>
        </w:rPr>
        <w:t>Phone: _______________________________________________________________</w:t>
      </w:r>
    </w:p>
    <w:p/>
    <w:p>
      <w:r>
        <w:rPr>
          <w:b/>
          <w:sz w:val="20"/>
        </w:rPr>
        <w:t>Buyer Information:</w:t>
      </w:r>
    </w:p>
    <w:p>
      <w:r>
        <w:rPr>
          <w:b w:val="0"/>
          <w:sz w:val="20"/>
        </w:rPr>
        <w:t>Full Name: ____________________________________________________________</w:t>
      </w:r>
    </w:p>
    <w:p>
      <w:r>
        <w:rPr>
          <w:b w:val="0"/>
          <w:sz w:val="20"/>
        </w:rPr>
        <w:t>Driver’s License No. / ID: _____________________________________________</w:t>
      </w:r>
    </w:p>
    <w:p>
      <w:r>
        <w:rPr>
          <w:b w:val="0"/>
          <w:sz w:val="20"/>
        </w:rPr>
        <w:t>Address: _____________________________________________________________</w:t>
      </w:r>
    </w:p>
    <w:p>
      <w:r>
        <w:rPr>
          <w:b w:val="0"/>
          <w:sz w:val="20"/>
        </w:rPr>
        <w:t>Phone: _______________________________________________________________</w:t>
      </w:r>
    </w:p>
    <w:p/>
    <w:p>
      <w:r>
        <w:rPr>
          <w:b/>
          <w:sz w:val="20"/>
        </w:rPr>
        <w:t>Vehicle Information:</w:t>
      </w:r>
    </w:p>
    <w:p>
      <w:r>
        <w:rPr>
          <w:b w:val="0"/>
          <w:sz w:val="20"/>
        </w:rPr>
        <w:t>Make: _______________________________________________________________</w:t>
      </w:r>
    </w:p>
    <w:p>
      <w:r>
        <w:rPr>
          <w:b w:val="0"/>
          <w:sz w:val="20"/>
        </w:rPr>
        <w:t>Model: ______________________________________________________________</w:t>
      </w:r>
    </w:p>
    <w:p>
      <w:r>
        <w:rPr>
          <w:b w:val="0"/>
          <w:sz w:val="20"/>
        </w:rPr>
        <w:t>Year: _______________________________________________________________</w:t>
      </w:r>
    </w:p>
    <w:p>
      <w:r>
        <w:rPr>
          <w:b w:val="0"/>
          <w:sz w:val="20"/>
        </w:rPr>
        <w:t>Vehicle Identification Number (VIN): ___________________________________</w:t>
      </w:r>
    </w:p>
    <w:p>
      <w:r>
        <w:rPr>
          <w:b w:val="0"/>
          <w:sz w:val="20"/>
        </w:rPr>
        <w:t>Odometer Reading: _______________ miles</w:t>
      </w:r>
    </w:p>
    <w:p>
      <w:r>
        <w:rPr>
          <w:b w:val="0"/>
          <w:sz w:val="20"/>
        </w:rPr>
        <w:t>Color: ______________________________________________________________</w:t>
      </w:r>
    </w:p>
    <w:p>
      <w:r>
        <w:rPr>
          <w:b w:val="0"/>
          <w:sz w:val="20"/>
        </w:rPr>
        <w:t>License Plate Number: ________________________________________________</w:t>
      </w:r>
    </w:p>
    <w:p>
      <w:r>
        <w:rPr>
          <w:b w:val="0"/>
          <w:sz w:val="20"/>
        </w:rPr>
        <w:t>Title Status (e.g., clean, salvage): _________________________________</w:t>
      </w:r>
    </w:p>
    <w:p/>
    <w:p>
      <w:r>
        <w:rPr>
          <w:b/>
          <w:sz w:val="20"/>
        </w:rPr>
        <w:t>Price and Payment Terms:</w:t>
      </w:r>
    </w:p>
    <w:p>
      <w:r>
        <w:rPr>
          <w:b w:val="0"/>
          <w:sz w:val="20"/>
        </w:rPr>
        <w:t>Purchase Price: $_____________________ USD</w:t>
      </w:r>
    </w:p>
    <w:p>
      <w:r>
        <w:rPr>
          <w:b w:val="0"/>
          <w:sz w:val="20"/>
        </w:rPr>
        <w:t>Payment Method: ________________________________________________</w:t>
      </w:r>
    </w:p>
    <w:p>
      <w:r>
        <w:rPr>
          <w:b w:val="0"/>
          <w:sz w:val="20"/>
        </w:rPr>
        <w:t>Payment Terms / Schedule: ________________________________________</w:t>
      </w:r>
    </w:p>
    <w:p/>
    <w:p>
      <w:r>
        <w:rPr>
          <w:b/>
          <w:sz w:val="20"/>
        </w:rPr>
        <w:t>Warranties and Representations:</w:t>
      </w:r>
    </w:p>
    <w:p>
      <w:r>
        <w:rPr>
          <w:b w:val="0"/>
          <w:sz w:val="20"/>
        </w:rPr>
        <w:t>The Seller represents and warrants that they are the legal owner of the vehicle described herein, free and clear of all liens, encumbrances, and claims. The vehicle is sold 'AS IS' without any warranties, express or implied, except as expressly set forth in this Agreement.</w:t>
      </w:r>
    </w:p>
    <w:p/>
    <w:p>
      <w:r>
        <w:rPr>
          <w:b/>
          <w:sz w:val="20"/>
        </w:rPr>
        <w:t>Conditions of Sale:</w:t>
      </w:r>
    </w:p>
    <w:p>
      <w:r>
        <w:rPr>
          <w:b w:val="0"/>
          <w:sz w:val="20"/>
        </w:rPr>
        <w:t>The Buyer acknowledges having inspected the vehicle and accepts it in its current condition. The Buyer assumes all responsibility for any repairs, damages, or defects, whether apparent or latent, upon transfer of ownership.</w:t>
      </w:r>
    </w:p>
    <w:p/>
    <w:p>
      <w:r>
        <w:rPr>
          <w:b/>
          <w:sz w:val="20"/>
        </w:rPr>
        <w:t>Title and Registration:</w:t>
      </w:r>
    </w:p>
    <w:p>
      <w:r>
        <w:rPr>
          <w:b w:val="0"/>
          <w:sz w:val="20"/>
        </w:rPr>
        <w:t>The Seller agrees to provide the Buyer with the properly executed title and any other necessary documents to effectuate transfer of ownership. The Buyer shall be responsible for registration, insurance, and any associated fees following delivery.</w:t>
      </w:r>
    </w:p>
    <w:p/>
    <w:p>
      <w:r>
        <w:rPr>
          <w:b/>
          <w:sz w:val="20"/>
        </w:rPr>
        <w:t>Delivery of Vehicle:</w:t>
      </w:r>
    </w:p>
    <w:p>
      <w:r>
        <w:rPr>
          <w:b w:val="0"/>
          <w:sz w:val="20"/>
        </w:rPr>
        <w:t>The Seller shall deliver the vehicle to the Buyer at the agreed location. Risk of loss or damage transfers to the Buyer upon delivery. The Buyer shall take possession within _______ days from the date of this Agreement.</w:t>
      </w:r>
    </w:p>
    <w:p/>
    <w:p>
      <w:r>
        <w:rPr>
          <w:b/>
          <w:sz w:val="20"/>
        </w:rPr>
        <w:t>Liability and Indemnification:</w:t>
      </w:r>
    </w:p>
    <w:p>
      <w:r>
        <w:rPr>
          <w:b w:val="0"/>
          <w:sz w:val="20"/>
        </w:rPr>
        <w:t>The Buyer agrees to indemnify and hold the Seller harmless from any claims, damages, losses, or expenses arising from the use or ownership of the vehicle after the transfer of ownership.</w:t>
      </w:r>
    </w:p>
    <w:p/>
    <w:p>
      <w:r>
        <w:rPr>
          <w:b/>
          <w:sz w:val="20"/>
        </w:rPr>
        <w:t>Default and Remedies:</w:t>
      </w:r>
    </w:p>
    <w:p>
      <w:r>
        <w:rPr>
          <w:b w:val="0"/>
          <w:sz w:val="20"/>
        </w:rPr>
        <w:t>In the event of default by either party, the non-defaulting party may pursue all remedies available at law or in equity, including specific performance or damages.</w:t>
      </w:r>
    </w:p>
    <w:p/>
    <w:p>
      <w:r>
        <w:rPr>
          <w:b/>
          <w:sz w:val="20"/>
        </w:rPr>
        <w:t>Governing Law and Venue:</w:t>
      </w:r>
    </w:p>
    <w:p>
      <w:r>
        <w:rPr>
          <w:b w:val="0"/>
          <w:sz w:val="20"/>
        </w:rPr>
        <w:t>This Agreement shall be governed by and construed in accordance with the laws of the State of ____________________. Any disputes arising hereunder shall be resolved in the courts located within the appropriate jurisdiction of that State.</w:t>
      </w:r>
    </w:p>
    <w:p/>
    <w:p>
      <w:r>
        <w:rPr>
          <w:b/>
          <w:sz w:val="20"/>
        </w:rPr>
        <w:t>Entire Agreement:</w:t>
      </w:r>
    </w:p>
    <w:p>
      <w:r>
        <w:rPr>
          <w:b w:val="0"/>
          <w:sz w:val="20"/>
        </w:rPr>
        <w:t>This Agreement constitutes the entire agreement between the parties concerning the subject matter hereof and supersedes all prior negotiations, understandings, and agreements, whether written or oral.</w:t>
      </w:r>
    </w:p>
    <w:p/>
    <w:p>
      <w:r>
        <w:rPr>
          <w:b/>
          <w:sz w:val="20"/>
        </w:rPr>
        <w:t>Amendments:</w:t>
      </w:r>
    </w:p>
    <w:p>
      <w:r>
        <w:rPr>
          <w:b w:val="0"/>
          <w:sz w:val="20"/>
        </w:rPr>
        <w:t>Any amendments or modifications to this Agreement must be made in writing and signed by both parties.</w:t>
      </w:r>
    </w:p>
    <w:p/>
    <w:p>
      <w:r>
        <w:rPr>
          <w:b/>
          <w:sz w:val="20"/>
        </w:rPr>
        <w:t>Severability:</w:t>
      </w:r>
    </w:p>
    <w:p>
      <w:r>
        <w:rPr>
          <w:b w:val="0"/>
          <w:sz w:val="20"/>
        </w:rPr>
        <w:t>If any provision of this Agreement is held to be invalid or unenforceable, the remaining provisions shall remain in full force and effect.</w:t>
      </w:r>
    </w:p>
    <w:p/>
    <w:p/>
    <w:p>
      <w:r>
        <w:rPr>
          <w:b w:val="0"/>
          <w:sz w:val="20"/>
        </w:rPr>
        <w:t>Place and date of signature: 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SELLER</w:t>
            </w:r>
          </w:p>
        </w:tc>
        <w:tc>
          <w:tcPr>
            <w:tcW w:type="dxa" w:w="4986"/>
            <w:tcBorders>
              <w:top w:val="nil"/>
              <w:left w:val="nil"/>
              <w:bottom w:val="nil"/>
              <w:right w:val="nil"/>
              <w:insideH w:val="nil"/>
              <w:insideV w:val="nil"/>
            </w:tcBorders>
          </w:tcPr>
          <w:p>
            <w:pPr>
              <w:jc w:val="center"/>
            </w:pPr>
            <w:r>
              <w:t>BUYER</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https://agreement247-us.com/car-purchase-agreement/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https://agreement247-us.com</w:t>
        </w:r>
      </w:hyperlink>
    </w:p>
    <w:p>
      <w:pPr>
        <w:jc w:val="center"/>
      </w:pPr>
      <w:r>
        <w:rPr>
          <w:color w:val="808080"/>
          <w:sz w:val="20"/>
        </w:rPr>
        <w:t>This template is intended exclusively for personal, non-commercial use.</w:t>
        <w:br/>
        <w:t>If distributed or published, the source must be mentioned. © agreement247-us.com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agreement247-us.com/car-purchase-agreement/" TargetMode="External"/><Relationship Id="rId10" Type="http://schemas.openxmlformats.org/officeDocument/2006/relationships/hyperlink" Target="https://agreement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