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CHURCH FACILITY RENTAL AGREEMENT</w:t>
      </w:r>
    </w:p>
    <w:p/>
    <w:p>
      <w:r>
        <w:rPr>
          <w:b/>
          <w:sz w:val="20"/>
        </w:rPr>
        <w:t>This Church Facility Rental Agreement (the “Agreement”) is made by and between:</w:t>
      </w:r>
    </w:p>
    <w:p>
      <w:r>
        <w:rPr>
          <w:b/>
          <w:sz w:val="20"/>
        </w:rPr>
        <w:t>Church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Pr>
        <w:jc w:val="center"/>
      </w:pPr>
      <w:r>
        <w:rPr>
          <w:b/>
          <w:sz w:val="20"/>
        </w:rPr>
        <w:t>AND</w:t>
      </w:r>
    </w:p>
    <w:p/>
    <w:p>
      <w:r>
        <w:rPr>
          <w:b/>
          <w:sz w:val="20"/>
        </w:rPr>
        <w:t>Renter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
      <w:r>
        <w:rPr>
          <w:b/>
          <w:sz w:val="20"/>
        </w:rPr>
        <w:t>WHEREAS,</w:t>
      </w:r>
    </w:p>
    <w:p>
      <w:r>
        <w:rPr>
          <w:b w:val="0"/>
          <w:sz w:val="20"/>
        </w:rPr>
        <w:t>The Church owns and operates the facility located at the above address suitable for various events and activities;</w:t>
      </w:r>
    </w:p>
    <w:p>
      <w:r>
        <w:rPr>
          <w:b w:val="0"/>
          <w:sz w:val="20"/>
        </w:rPr>
        <w:t>The Renter desires to rent the facility pursuant to the terms and conditions set forth herein;</w:t>
      </w:r>
    </w:p>
    <w:p>
      <w:r>
        <w:rPr>
          <w:b w:val="0"/>
          <w:sz w:val="20"/>
        </w:rPr>
        <w:t>NOW, THEREFORE, in consideration of the mutual promises contained herein, the parties agree as follows:</w:t>
      </w:r>
    </w:p>
    <w:p/>
    <w:p>
      <w:r>
        <w:rPr>
          <w:b/>
          <w:sz w:val="20"/>
        </w:rPr>
        <w:t>1. Facility Description</w:t>
      </w:r>
    </w:p>
    <w:p>
      <w:r>
        <w:rPr>
          <w:b w:val="0"/>
          <w:sz w:val="20"/>
        </w:rPr>
        <w:t>The Church hereby agrees to rent to the Renter the following facility space(s):</w:t>
      </w:r>
    </w:p>
    <w:p>
      <w:r>
        <w:rPr>
          <w:b w:val="0"/>
          <w:sz w:val="20"/>
        </w:rPr>
        <w:t>__________________________________________________________________________</w:t>
      </w:r>
    </w:p>
    <w:p>
      <w:r>
        <w:rPr>
          <w:b w:val="0"/>
          <w:sz w:val="20"/>
        </w:rPr>
        <w:t>Included amenities (check as applicable):</w:t>
      </w:r>
    </w:p>
    <w:p>
      <w:r>
        <w:rPr>
          <w:b w:val="0"/>
          <w:sz w:val="20"/>
        </w:rPr>
        <w:t>□ Sanctuary    □ Fellowship Hall    □ Kitchen    □ Meeting Rooms    □ Parking Lot</w:t>
      </w:r>
    </w:p>
    <w:p>
      <w:r>
        <w:rPr>
          <w:b w:val="0"/>
          <w:sz w:val="20"/>
        </w:rPr>
        <w:t>Other facilities or equipment: ______________________________________________</w:t>
      </w:r>
    </w:p>
    <w:p/>
    <w:p>
      <w:r>
        <w:rPr>
          <w:b/>
          <w:sz w:val="20"/>
        </w:rPr>
        <w:t>2. Rental Term</w:t>
      </w:r>
    </w:p>
    <w:p>
      <w:r>
        <w:rPr>
          <w:b w:val="0"/>
          <w:sz w:val="20"/>
        </w:rPr>
        <w:t>The rental period shall commence on ___________________________ and end on ___________________________.</w:t>
      </w:r>
    </w:p>
    <w:p>
      <w:r>
        <w:rPr>
          <w:b w:val="0"/>
          <w:sz w:val="20"/>
        </w:rPr>
        <w:t>The facility shall be available for use during the following hours: ___________________________.</w:t>
      </w:r>
    </w:p>
    <w:p>
      <w:r>
        <w:rPr>
          <w:b w:val="0"/>
          <w:sz w:val="20"/>
        </w:rPr>
        <w:t>Setup and cleanup times must be included within the rental period.</w:t>
      </w:r>
    </w:p>
    <w:p/>
    <w:p>
      <w:r>
        <w:rPr>
          <w:b/>
          <w:sz w:val="20"/>
        </w:rPr>
        <w:t>3. Rental Fee and Payment</w:t>
      </w:r>
    </w:p>
    <w:p>
      <w:r>
        <w:rPr>
          <w:b w:val="0"/>
          <w:sz w:val="20"/>
        </w:rPr>
        <w:t>The total rental fee is $_____________________.</w:t>
      </w:r>
    </w:p>
    <w:p>
      <w:r>
        <w:rPr>
          <w:b w:val="0"/>
          <w:sz w:val="20"/>
        </w:rPr>
        <w:t>A security deposit of $_____________________ is required at the time of signing this Agreement.</w:t>
      </w:r>
    </w:p>
    <w:p>
      <w:r>
        <w:rPr>
          <w:b w:val="0"/>
          <w:sz w:val="20"/>
        </w:rPr>
        <w:t>The security deposit will be refunded within _____ days after the rental period, less any deductions for damages or extra cleaning.</w:t>
      </w:r>
    </w:p>
    <w:p>
      <w:r>
        <w:rPr>
          <w:b w:val="0"/>
          <w:sz w:val="20"/>
        </w:rPr>
        <w:t>Payment schedule:</w:t>
      </w:r>
    </w:p>
    <w:p>
      <w:r>
        <w:rPr>
          <w:b w:val="0"/>
          <w:sz w:val="20"/>
        </w:rPr>
        <w:t>□ Full payment due upon signing</w:t>
      </w:r>
    </w:p>
    <w:p>
      <w:r>
        <w:rPr>
          <w:b w:val="0"/>
          <w:sz w:val="20"/>
        </w:rPr>
        <w:t>□ Deposit due upon signing; balance due before rental date</w:t>
      </w:r>
    </w:p>
    <w:p>
      <w:r>
        <w:rPr>
          <w:b w:val="0"/>
          <w:sz w:val="20"/>
        </w:rPr>
        <w:t>Payment method: ____________________________________________________________</w:t>
      </w:r>
    </w:p>
    <w:p/>
    <w:p>
      <w:r>
        <w:rPr>
          <w:b/>
          <w:sz w:val="20"/>
        </w:rPr>
        <w:t>4. Use of Facility</w:t>
      </w:r>
    </w:p>
    <w:p>
      <w:r>
        <w:rPr>
          <w:b w:val="0"/>
          <w:sz w:val="20"/>
        </w:rPr>
        <w:t>The facility shall be used solely for the following purpose(s):</w:t>
      </w:r>
    </w:p>
    <w:p>
      <w:r>
        <w:rPr>
          <w:b w:val="0"/>
          <w:sz w:val="20"/>
        </w:rPr>
        <w:t>__________________________________________________________________________</w:t>
      </w:r>
    </w:p>
    <w:p>
      <w:r>
        <w:rPr>
          <w:b w:val="0"/>
          <w:sz w:val="20"/>
        </w:rPr>
        <w:t>The Renter agrees to comply with all applicable laws, regulations, and Church policies.</w:t>
      </w:r>
    </w:p>
    <w:p>
      <w:r>
        <w:rPr>
          <w:b w:val="0"/>
          <w:sz w:val="20"/>
        </w:rPr>
        <w:t>The Renter shall not use the facility for any unlawful purpose or activity.</w:t>
      </w:r>
    </w:p>
    <w:p>
      <w:r>
        <w:rPr>
          <w:b w:val="0"/>
          <w:sz w:val="20"/>
        </w:rPr>
        <w:t>The Renter shall not assign or sublet the facility without prior written consent of the Church.</w:t>
      </w:r>
    </w:p>
    <w:p>
      <w:r>
        <w:rPr>
          <w:b w:val="0"/>
          <w:sz w:val="20"/>
        </w:rPr>
        <w:t>The maximum occupancy shall not exceed __________________ persons.</w:t>
      </w:r>
    </w:p>
    <w:p/>
    <w:p>
      <w:r>
        <w:rPr>
          <w:b/>
          <w:sz w:val="20"/>
        </w:rPr>
        <w:t>5. Responsibilities and Conduct</w:t>
      </w:r>
    </w:p>
    <w:p>
      <w:r>
        <w:rPr>
          <w:b w:val="0"/>
          <w:sz w:val="20"/>
        </w:rPr>
        <w:t>The Renter shall be responsible for the conduct of all attendees and guests and shall ensure order and decorum at all times.</w:t>
      </w:r>
    </w:p>
    <w:p>
      <w:r>
        <w:rPr>
          <w:b w:val="0"/>
          <w:sz w:val="20"/>
        </w:rPr>
        <w:t>No smoking, alcohol, or illegal substances are permitted on Church property.</w:t>
      </w:r>
    </w:p>
    <w:p>
      <w:r>
        <w:rPr>
          <w:b w:val="0"/>
          <w:sz w:val="20"/>
        </w:rPr>
        <w:t>The Renter shall be responsible for any damage to the facility, furnishings, or equipment caused by the Renter or attendees.</w:t>
      </w:r>
    </w:p>
    <w:p>
      <w:r>
        <w:rPr>
          <w:b w:val="0"/>
          <w:sz w:val="20"/>
        </w:rPr>
        <w:t>The Renter agrees to clean the facility and remove all personal property and trash upon conclusion of the rental period.</w:t>
      </w:r>
    </w:p>
    <w:p>
      <w:r>
        <w:rPr>
          <w:b w:val="0"/>
          <w:sz w:val="20"/>
        </w:rPr>
        <w:t>Failure to leave the facility in a clean and undamaged condition may result in forfeiture of the security deposit and additional charges.</w:t>
      </w:r>
    </w:p>
    <w:p/>
    <w:p>
      <w:r>
        <w:rPr>
          <w:b/>
          <w:sz w:val="20"/>
        </w:rPr>
        <w:t>6. Insurance and Indemnification</w:t>
      </w:r>
    </w:p>
    <w:p>
      <w:r>
        <w:rPr>
          <w:b w:val="0"/>
          <w:sz w:val="20"/>
        </w:rPr>
        <w:t>The Renter shall maintain liability insurance covering the rental event with a minimum coverage of $_____________________.</w:t>
      </w:r>
    </w:p>
    <w:p>
      <w:r>
        <w:rPr>
          <w:b w:val="0"/>
          <w:sz w:val="20"/>
        </w:rPr>
        <w:t>The Church shall be named as an additional insured on such policy and a certificate of insurance shall be provided prior to use.</w:t>
      </w:r>
    </w:p>
    <w:p>
      <w:r>
        <w:rPr>
          <w:b w:val="0"/>
          <w:sz w:val="20"/>
        </w:rPr>
        <w:t>The Renter agrees to indemnify, defend, and hold harmless the Church, its officers, employees, agents, and volunteers from and against all claims, liabilities, damages, losses, and expenses arising out of or related to the Renter’s use of the facility, except to the extent caused by the Church’s negligence or willful misconduct.</w:t>
      </w:r>
    </w:p>
    <w:p/>
    <w:p>
      <w:r>
        <w:rPr>
          <w:b/>
          <w:sz w:val="20"/>
        </w:rPr>
        <w:t>7. Cancellation Policy</w:t>
      </w:r>
    </w:p>
    <w:p>
      <w:r>
        <w:rPr>
          <w:b w:val="0"/>
          <w:sz w:val="20"/>
        </w:rPr>
        <w:t>Either party may cancel this Agreement by providing written notice to the other party at least _____ days prior to the rental date.</w:t>
      </w:r>
    </w:p>
    <w:p>
      <w:r>
        <w:rPr>
          <w:b w:val="0"/>
          <w:sz w:val="20"/>
        </w:rPr>
        <w:t>If the Renter cancels less than _____ days before the rental date, the security deposit shall be forfeited.</w:t>
      </w:r>
    </w:p>
    <w:p>
      <w:r>
        <w:rPr>
          <w:b w:val="0"/>
          <w:sz w:val="20"/>
        </w:rPr>
        <w:t>In the event of cancellation by the Church, all fees paid by the Renter shall be refunded promptly.</w:t>
      </w:r>
    </w:p>
    <w:p/>
    <w:p>
      <w:r>
        <w:rPr>
          <w:b/>
          <w:sz w:val="20"/>
        </w:rPr>
        <w:t>8. Force Majeure</w:t>
      </w:r>
    </w:p>
    <w:p>
      <w:r>
        <w:rPr>
          <w:b w:val="0"/>
          <w:sz w:val="20"/>
        </w:rPr>
        <w:t>Neither party shall be liable for any failure or delay in performance due to causes beyond their reasonable control, including but not limited to natural disasters, acts of God, governmental restrictions, strikes, or other unforeseen events.</w:t>
      </w:r>
    </w:p>
    <w:p>
      <w:r>
        <w:rPr>
          <w:b w:val="0"/>
          <w:sz w:val="20"/>
        </w:rPr>
        <w:t>In such event, the parties shall negotiate in good faith to reschedule or terminate this Agreement without penalty.</w:t>
      </w:r>
    </w:p>
    <w:p/>
    <w:p>
      <w:r>
        <w:rPr>
          <w:b/>
          <w:sz w:val="20"/>
        </w:rPr>
        <w:t>9. Termination</w:t>
      </w:r>
    </w:p>
    <w:p>
      <w:r>
        <w:rPr>
          <w:b w:val="0"/>
          <w:sz w:val="20"/>
        </w:rPr>
        <w:t>The Church reserves the right to terminate this Agreement immediately if the Renter breaches any terms herein or engages in conduct detrimental to the Church or its property.</w:t>
      </w:r>
    </w:p>
    <w:p>
      <w:r>
        <w:rPr>
          <w:b w:val="0"/>
          <w:sz w:val="20"/>
        </w:rPr>
        <w:t>In case of termination, the Renter shall vacate the premises immediately and no refund shall be due.</w:t>
      </w:r>
    </w:p>
    <w:p/>
    <w:p>
      <w:r>
        <w:rPr>
          <w:b/>
          <w:sz w:val="20"/>
        </w:rPr>
        <w:t>10. Miscellaneous</w:t>
      </w:r>
    </w:p>
    <w:p>
      <w:r>
        <w:rPr>
          <w:b w:val="0"/>
          <w:sz w:val="20"/>
        </w:rPr>
        <w:t>a) Entire Agreement: This Agreement constitutes the entire understanding between the parties and supersedes all prior negotiations or agreements.</w:t>
      </w:r>
    </w:p>
    <w:p>
      <w:r>
        <w:rPr>
          <w:b w:val="0"/>
          <w:sz w:val="20"/>
        </w:rPr>
        <w:t>b) Amendments: Any amendments or modifications must be in writing and signed by both parties.</w:t>
      </w:r>
    </w:p>
    <w:p>
      <w:r>
        <w:rPr>
          <w:b w:val="0"/>
          <w:sz w:val="20"/>
        </w:rPr>
        <w:t>c) Governing Law: This Agreement shall be governed by and construed in accordance with the laws of the State of ____________________.</w:t>
      </w:r>
    </w:p>
    <w:p>
      <w:r>
        <w:rPr>
          <w:b w:val="0"/>
          <w:sz w:val="20"/>
        </w:rPr>
        <w:t>d) Severability: If any provision is held invalid or unenforceable, the remainder shall continue in full force and effect.</w:t>
      </w:r>
    </w:p>
    <w:p>
      <w:r>
        <w:rPr>
          <w:b w:val="0"/>
          <w:sz w:val="20"/>
        </w:rPr>
        <w:t>e) Notices: All notices shall be in writing and delivered personally, by certified mail, or email to the respective parties at the addresses above.</w:t>
      </w:r>
    </w:p>
    <w:p/>
    <w:p/>
    <w:p>
      <w:r>
        <w:rPr>
          <w:b w:val="0"/>
          <w:sz w:val="20"/>
        </w:rPr>
        <w:t>Place of Agreement: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CHURCH REPRESENTATIVE</w:t>
            </w:r>
          </w:p>
        </w:tc>
        <w:tc>
          <w:tcPr>
            <w:tcW w:type="dxa" w:w="4986"/>
            <w:tcBorders>
              <w:top w:val="nil"/>
              <w:left w:val="nil"/>
              <w:bottom w:val="nil"/>
              <w:right w:val="nil"/>
              <w:insideH w:val="nil"/>
              <w:insideV w:val="nil"/>
            </w:tcBorders>
          </w:tcPr>
          <w:p>
            <w:pPr>
              <w:jc w:val="center"/>
            </w:pPr>
            <w:r>
              <w:t>RENTER</w:t>
            </w:r>
          </w:p>
        </w:tc>
      </w:tr>
      <w:tr>
        <w:tc>
          <w:tcPr>
            <w:tcW w:type="dxa" w:w="4986"/>
            <w:tcBorders>
              <w:top w:val="nil"/>
              <w:left w:val="nil"/>
              <w:bottom w:val="nil"/>
              <w:right w:val="nil"/>
              <w:insideH w:val="nil"/>
              <w:insideV w:val="nil"/>
            </w:tcBorders>
          </w:tcPr>
          <w:p>
            <w:pPr>
              <w:jc w:val="center"/>
            </w:pPr>
            <w:r>
              <w:br/>
              <w:br/>
              <w:t>Signature: __________________________</w:t>
            </w:r>
          </w:p>
        </w:tc>
        <w:tc>
          <w:tcPr>
            <w:tcW w:type="dxa" w:w="4986"/>
            <w:tcBorders>
              <w:top w:val="nil"/>
              <w:left w:val="nil"/>
              <w:bottom w:val="nil"/>
              <w:right w:val="nil"/>
              <w:insideH w:val="nil"/>
              <w:insideV w:val="nil"/>
            </w:tcBorders>
          </w:tcPr>
          <w:p>
            <w:pPr>
              <w:jc w:val="center"/>
            </w:pPr>
            <w:r>
              <w:br/>
              <w:br/>
              <w:t>Signature: __________________________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https://agreement247-us.com/church-rental-agreement/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church-rental-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