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EMPLOYEE CREDIT CARD AGREEMENT</w:t>
      </w:r>
    </w:p>
    <w:p/>
    <w:p>
      <w:r>
        <w:rPr>
          <w:b w:val="0"/>
          <w:sz w:val="20"/>
        </w:rPr>
        <w:t>This Employee Credit Card Agreement ("Agreement") is made between the Employer and the Employee as follows:</w:t>
      </w:r>
    </w:p>
    <w:p/>
    <w:p>
      <w:r>
        <w:rPr>
          <w:b/>
          <w:sz w:val="20"/>
        </w:rPr>
        <w:t>Employer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r>
        <w:rPr>
          <w:b/>
          <w:sz w:val="20"/>
        </w:rPr>
        <w:t>Employee Information:</w:t>
      </w:r>
    </w:p>
    <w:p>
      <w:r>
        <w:rPr>
          <w:b w:val="0"/>
          <w:sz w:val="20"/>
        </w:rPr>
        <w:t>Full Name: _______________________________________________________________</w:t>
      </w:r>
    </w:p>
    <w:p>
      <w:r>
        <w:rPr>
          <w:b w:val="0"/>
          <w:sz w:val="20"/>
        </w:rPr>
        <w:t>Employee ID: _____________________________________________________________</w:t>
      </w:r>
    </w:p>
    <w:p>
      <w:r>
        <w:rPr>
          <w:b w:val="0"/>
          <w:sz w:val="20"/>
        </w:rPr>
        <w:t>Department: ______________________________________________________________</w:t>
      </w:r>
    </w:p>
    <w:p>
      <w:r>
        <w:rPr>
          <w:b w:val="0"/>
          <w:sz w:val="20"/>
        </w:rPr>
        <w:t>Position: ________________________________________________________________</w:t>
      </w:r>
    </w:p>
    <w:p/>
    <w:p>
      <w:r>
        <w:rPr>
          <w:b/>
          <w:sz w:val="20"/>
        </w:rPr>
        <w:t>Credit Card Details:</w:t>
      </w:r>
    </w:p>
    <w:p>
      <w:r>
        <w:rPr>
          <w:b w:val="0"/>
          <w:sz w:val="20"/>
        </w:rPr>
        <w:t>Card Type (Visa/MasterCard/etc.): ___________________________________________</w:t>
      </w:r>
    </w:p>
    <w:p>
      <w:r>
        <w:rPr>
          <w:b w:val="0"/>
          <w:sz w:val="20"/>
        </w:rPr>
        <w:t>Card Number (last 4 digits): _______________________________________________</w:t>
      </w:r>
    </w:p>
    <w:p>
      <w:r>
        <w:rPr>
          <w:b w:val="0"/>
          <w:sz w:val="20"/>
        </w:rPr>
        <w:t>Credit Limit: ______________________________________________________________</w:t>
      </w:r>
    </w:p>
    <w:p>
      <w:r>
        <w:rPr>
          <w:b w:val="0"/>
          <w:sz w:val="20"/>
        </w:rPr>
        <w:t>Authorized Use: ___________________________________________________________</w:t>
      </w:r>
    </w:p>
    <w:p/>
    <w:p>
      <w:r>
        <w:rPr>
          <w:b/>
          <w:sz w:val="20"/>
        </w:rPr>
        <w:t>1. Purpose of the Credit Card</w:t>
      </w:r>
    </w:p>
    <w:p>
      <w:r>
        <w:rPr>
          <w:b w:val="0"/>
          <w:sz w:val="20"/>
        </w:rPr>
        <w:t>The credit card issued under this Agreement is provided solely for the purpose of conducting business-related expenses on behalf of the Employer. Personal use of the credit card is strictly prohibited and may result in disciplinary action, including termination and reimbursement obligations.</w:t>
      </w:r>
    </w:p>
    <w:p/>
    <w:p>
      <w:r>
        <w:rPr>
          <w:b/>
          <w:sz w:val="20"/>
        </w:rPr>
        <w:t>2. Employee Responsibilities</w:t>
      </w:r>
    </w:p>
    <w:p>
      <w:r>
        <w:rPr>
          <w:b w:val="0"/>
          <w:sz w:val="20"/>
        </w:rPr>
        <w:t>The Employee agrees to use the credit card in accordance with Employer policies and applicable laws. The Employee shall retain all receipts and documentation for expenses incurred and submit them promptly as required. The Employee agrees to immediately report any lost, stolen, or compromised cards to the Employer.</w:t>
      </w:r>
    </w:p>
    <w:p/>
    <w:p>
      <w:r>
        <w:rPr>
          <w:b/>
          <w:sz w:val="20"/>
        </w:rPr>
        <w:t>3. Expense Approval and Reimbursement</w:t>
      </w:r>
    </w:p>
    <w:p>
      <w:r>
        <w:rPr>
          <w:b w:val="0"/>
          <w:sz w:val="20"/>
        </w:rPr>
        <w:t>All expenses charged to the credit card must be approved by the designated supervisor or authorized representative. Unauthorized expenses may be denied reimbursement and will be the sole responsibility of the Employee. The Employer reserves the right to audit credit card usage at any time.</w:t>
      </w:r>
    </w:p>
    <w:p/>
    <w:p>
      <w:r>
        <w:rPr>
          <w:b/>
          <w:sz w:val="20"/>
        </w:rPr>
        <w:t>4. Liability for Charges</w:t>
      </w:r>
    </w:p>
    <w:p>
      <w:r>
        <w:rPr>
          <w:b w:val="0"/>
          <w:sz w:val="20"/>
        </w:rPr>
        <w:t>The Employee acknowledges personal responsibility for all charges made with the credit card. In the event of misuse or unauthorized charges resulting from Employee negligence or violation of this Agreement, the Employee shall reimburse the Employer promptly. Failure to do so may result in salary deductions to recover amounts owed, consistent with applicable law.</w:t>
      </w:r>
    </w:p>
    <w:p/>
    <w:p>
      <w:r>
        <w:rPr>
          <w:b/>
          <w:sz w:val="20"/>
        </w:rPr>
        <w:t>5. Card Security and Custody</w:t>
      </w:r>
    </w:p>
    <w:p>
      <w:r>
        <w:rPr>
          <w:b w:val="0"/>
          <w:sz w:val="20"/>
        </w:rPr>
        <w:t>The Employee agrees to safeguard the credit card and PIN at all times. The card must not be shared with others or used by unauthorized persons. Upon termination of employment or upon request by the Employer, the Employee shall immediately return the credit card and all related materials.</w:t>
      </w:r>
    </w:p>
    <w:p/>
    <w:p>
      <w:r>
        <w:rPr>
          <w:b/>
          <w:sz w:val="20"/>
        </w:rPr>
        <w:t>6. Term and Termination</w:t>
      </w:r>
    </w:p>
    <w:p>
      <w:r>
        <w:rPr>
          <w:b w:val="0"/>
          <w:sz w:val="20"/>
        </w:rPr>
        <w:t>This Agreement remains in effect throughout the Employee’s tenure with the Employer or until terminated in writing by either party. Termination of this Agreement requires the immediate return of the credit card and settlement of all outstanding charges.</w:t>
      </w:r>
    </w:p>
    <w:p/>
    <w:p>
      <w:r>
        <w:rPr>
          <w:b/>
          <w:sz w:val="20"/>
        </w:rPr>
        <w:t>7. Governing Law and Jurisdiction</w:t>
      </w:r>
    </w:p>
    <w:p>
      <w:r>
        <w:rPr>
          <w:b w:val="0"/>
          <w:sz w:val="20"/>
        </w:rPr>
        <w:t>This Agreement shall be governed by and construed in accordance with the laws of the United States and the applicable state law. Any disputes arising from this Agreement shall be subject to the exclusive jurisdiction of the courts located within the Employer’s principal place of business.</w:t>
      </w:r>
    </w:p>
    <w:p/>
    <w:p>
      <w:r>
        <w:rPr>
          <w:b/>
          <w:sz w:val="20"/>
        </w:rPr>
        <w:t>8. Amendments</w:t>
      </w:r>
    </w:p>
    <w:p>
      <w:r>
        <w:rPr>
          <w:b w:val="0"/>
          <w:sz w:val="20"/>
        </w:rPr>
        <w:t>The Employer reserves the right to amend this Agreement at any time. Notice of amendments will be provided in writing. Continued use of the credit card after notice of amendments constitutes acceptance of the changes.</w:t>
      </w:r>
    </w:p>
    <w:p/>
    <w:p>
      <w:r>
        <w:rPr>
          <w:b/>
          <w:sz w:val="20"/>
        </w:rPr>
        <w:t>9. Entire Agreement</w:t>
      </w:r>
    </w:p>
    <w:p>
      <w:r>
        <w:rPr>
          <w:b w:val="0"/>
          <w:sz w:val="20"/>
        </w:rPr>
        <w:t>This Agreement constitutes the entire understanding between the parties regarding the Employee credit card and supersedes all prior agreements, representations, or understandings, whether oral or written.</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 REPRESENTATIVE</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https://agreement247-us.com/employee-credit-card-agreement/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employee-credit-card-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