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INTELLECTUAL PROPERTY ASSIGNMENT AGREEMENT</w:t>
      </w:r>
    </w:p>
    <w:p/>
    <w:p>
      <w:r>
        <w:rPr>
          <w:b w:val="0"/>
          <w:sz w:val="20"/>
        </w:rPr>
        <w:t>This Employee Intellectual Property Assignment Agreement (the "Agreement") is entered into by and between:</w:t>
      </w:r>
    </w:p>
    <w:p>
      <w:r>
        <w:rPr>
          <w:b w:val="0"/>
          <w:sz w:val="20"/>
        </w:rPr>
        <w:t>Employer: ____________________________________________________________</w:t>
      </w:r>
    </w:p>
    <w:p>
      <w:r>
        <w:rPr>
          <w:b w:val="0"/>
          <w:sz w:val="20"/>
        </w:rPr>
        <w:t>Address: _____________________________________________________________</w:t>
      </w:r>
    </w:p>
    <w:p>
      <w:r>
        <w:rPr>
          <w:b w:val="0"/>
          <w:sz w:val="20"/>
        </w:rPr>
        <w:t>and</w:t>
      </w:r>
    </w:p>
    <w:p>
      <w:r>
        <w:rPr>
          <w:b w:val="0"/>
          <w:sz w:val="20"/>
        </w:rPr>
        <w:t>Employee: ____________________________________________________________</w:t>
      </w:r>
    </w:p>
    <w:p>
      <w:r>
        <w:rPr>
          <w:b w:val="0"/>
          <w:sz w:val="20"/>
        </w:rPr>
        <w:t>Address: _____________________________________________________________</w:t>
      </w:r>
    </w:p>
    <w:p/>
    <w:p>
      <w:r>
        <w:rPr>
          <w:b/>
          <w:sz w:val="22"/>
        </w:rPr>
        <w:t>RECITALS</w:t>
      </w:r>
    </w:p>
    <w:p>
      <w:r>
        <w:rPr>
          <w:b w:val="0"/>
          <w:sz w:val="20"/>
        </w:rPr>
        <w:t>WHEREAS, Employee is or will be employed by Employer;</w:t>
      </w:r>
    </w:p>
    <w:p>
      <w:r>
        <w:rPr>
          <w:b w:val="0"/>
          <w:sz w:val="20"/>
        </w:rPr>
        <w:t>WHEREAS, Employee acknowledges that during the course of employment, Employee may create or develop certain inventions, discoveries, developments, improvements, works of authorship, and other intellectual property;</w:t>
      </w:r>
    </w:p>
    <w:p>
      <w:r>
        <w:rPr>
          <w:b w:val="0"/>
          <w:sz w:val="20"/>
        </w:rPr>
        <w:t>WHEREAS, Employer desires to ensure that all such intellectual property created or developed by Employee that relates to Employer’s business or results from Employee’s work for Employer shall be the exclusive property of Employer;</w:t>
      </w:r>
    </w:p>
    <w:p>
      <w:r>
        <w:rPr>
          <w:b w:val="0"/>
          <w:sz w:val="20"/>
        </w:rPr>
        <w:t>NOW, THEREFORE, in consideration of Employee’s employment and other good and valuable consideration, the receipt and sufficiency of which are hereby acknowledged, the parties agree as follows:</w:t>
      </w:r>
    </w:p>
    <w:p/>
    <w:p>
      <w:r>
        <w:rPr>
          <w:b/>
          <w:sz w:val="22"/>
        </w:rPr>
        <w:t>1. DEFINITIONS</w:t>
      </w:r>
    </w:p>
    <w:p>
      <w:r>
        <w:rPr>
          <w:b w:val="0"/>
          <w:sz w:val="20"/>
        </w:rPr>
        <w:t>1.1 "Intellectual Property" means all inventions, designs, developments, discoveries, improvements, processes, formulas, data, computer programs, works of authorship, trademarks, trade secrets, and other proprietary rights, whether or not patentable or registrable under copyright or similar laws, that Employee creates, conceives, reduces to practice or authors, either solely or jointly, during the term of employment that (a) relate to Employer’s business, or (b) result from or are suggested by Employee’s work for Employer or use of Employer’s resources.</w:t>
      </w:r>
    </w:p>
    <w:p/>
    <w:p>
      <w:r>
        <w:rPr>
          <w:b/>
          <w:sz w:val="22"/>
        </w:rPr>
        <w:t>2. ASSIGNMENT OF INTELLECTUAL PROPERTY</w:t>
      </w:r>
    </w:p>
    <w:p>
      <w:r>
        <w:rPr>
          <w:b w:val="0"/>
          <w:sz w:val="20"/>
        </w:rPr>
        <w:t>2.1 Employee hereby irrevocably assigns and transfers to Employer all right, title, and interest in and to any and all Intellectual Property created or developed by Employee during the term of employment.</w:t>
      </w:r>
    </w:p>
    <w:p>
      <w:r>
        <w:rPr>
          <w:b w:val="0"/>
          <w:sz w:val="20"/>
        </w:rPr>
        <w:t>2.2 Employee agrees to execute, at Employer’s expense, any documents and take any actions reasonably requested by Employer to secure, maintain, or enforce Employer’s rights in such Intellectual Property, including but not limited to patent applications, copyrights, or trademark registrations.</w:t>
      </w:r>
    </w:p>
    <w:p/>
    <w:p>
      <w:r>
        <w:rPr>
          <w:b/>
          <w:sz w:val="22"/>
        </w:rPr>
        <w:t>3. DISCLOSURE OF INTELLECTUAL PROPERTY</w:t>
      </w:r>
    </w:p>
    <w:p>
      <w:r>
        <w:rPr>
          <w:b w:val="0"/>
          <w:sz w:val="20"/>
        </w:rPr>
        <w:t>3.1 Employee shall promptly disclose in writing to Employer all Intellectual Property created, conceived, or developed during the term of employment.</w:t>
      </w:r>
    </w:p>
    <w:p>
      <w:r>
        <w:rPr>
          <w:b w:val="0"/>
          <w:sz w:val="20"/>
        </w:rPr>
        <w:t>3.2 Such disclosures shall be kept confidential and shall be the exclusive property of Employer.</w:t>
      </w:r>
    </w:p>
    <w:p/>
    <w:p>
      <w:r>
        <w:rPr>
          <w:b/>
          <w:sz w:val="22"/>
        </w:rPr>
        <w:t>4. EXCLUDED INTELLECTUAL PROPERTY</w:t>
      </w:r>
    </w:p>
    <w:p>
      <w:r>
        <w:rPr>
          <w:b w:val="0"/>
          <w:sz w:val="20"/>
        </w:rPr>
        <w:t>4.1 Employee shall disclose in writing prior to the commencement of employment any inventions or intellectual property that Employee developed prior to employment ("Prior Inventions").</w:t>
      </w:r>
    </w:p>
    <w:p>
      <w:r>
        <w:rPr>
          <w:b w:val="0"/>
          <w:sz w:val="20"/>
        </w:rPr>
        <w:t>4.2 Employer agrees that such Prior Inventions are excluded from this Agreement and shall remain the sole property of Employee.</w:t>
      </w:r>
    </w:p>
    <w:p>
      <w:r>
        <w:rPr>
          <w:b w:val="0"/>
          <w:sz w:val="20"/>
        </w:rPr>
        <w:t>4.3 If no such list is provided, Employee represents that there are no Prior Inventions to be excluded.</w:t>
      </w:r>
    </w:p>
    <w:p/>
    <w:p>
      <w:r>
        <w:rPr>
          <w:b/>
          <w:sz w:val="22"/>
        </w:rPr>
        <w:t>5. WAIVER OF MORAL RIGHTS</w:t>
      </w:r>
    </w:p>
    <w:p>
      <w:r>
        <w:rPr>
          <w:b w:val="0"/>
          <w:sz w:val="20"/>
        </w:rPr>
        <w:t>5.1 To the extent permitted by law, Employee waives any and all moral rights or similar rights in any Intellectual Property assigned to Employer under this Agreement.</w:t>
      </w:r>
    </w:p>
    <w:p/>
    <w:p>
      <w:r>
        <w:rPr>
          <w:b/>
          <w:sz w:val="22"/>
        </w:rPr>
        <w:t>6. CONFIDENTIALITY</w:t>
      </w:r>
    </w:p>
    <w:p>
      <w:r>
        <w:rPr>
          <w:b w:val="0"/>
          <w:sz w:val="20"/>
        </w:rPr>
        <w:t>6.1 Employee agrees to maintain in confidence and not to disclose or use except in authorized connection with employment any confidential or proprietary information of Employer.</w:t>
      </w:r>
    </w:p>
    <w:p>
      <w:r>
        <w:rPr>
          <w:b w:val="0"/>
          <w:sz w:val="20"/>
        </w:rPr>
        <w:t>6.2 This obligation shall survive termination of employment and continue indefinitely.</w:t>
      </w:r>
    </w:p>
    <w:p/>
    <w:p>
      <w:r>
        <w:rPr>
          <w:b/>
          <w:sz w:val="22"/>
        </w:rPr>
        <w:t>7. NO CONFLICTS</w:t>
      </w:r>
    </w:p>
    <w:p>
      <w:r>
        <w:rPr>
          <w:b w:val="0"/>
          <w:sz w:val="20"/>
        </w:rPr>
        <w:t>7.1 Employee represents and warrants that Employee’s performance of this Agreement does not and will not breach any agreement with a third party.</w:t>
      </w:r>
    </w:p>
    <w:p/>
    <w:p>
      <w:r>
        <w:rPr>
          <w:b/>
          <w:sz w:val="22"/>
        </w:rPr>
        <w:t>8. TERM AND TERMINATION</w:t>
      </w:r>
    </w:p>
    <w:p>
      <w:r>
        <w:rPr>
          <w:b w:val="0"/>
          <w:sz w:val="20"/>
        </w:rPr>
        <w:t>8.1 This Agreement shall commence on the first date of Employee’s employment and continue indefinitely with respect to Intellectual Property developed during employment.</w:t>
      </w:r>
    </w:p>
    <w:p>
      <w:r>
        <w:rPr>
          <w:b w:val="0"/>
          <w:sz w:val="20"/>
        </w:rPr>
        <w:t>8.2 The obligations under this Agreement shall survive termination of employment regardless of the reason for termination.</w:t>
      </w:r>
    </w:p>
    <w:p/>
    <w:p>
      <w:r>
        <w:rPr>
          <w:b/>
          <w:sz w:val="22"/>
        </w:rPr>
        <w:t>9. GOVERNING LAW AND JURISDICTION</w:t>
      </w:r>
    </w:p>
    <w:p>
      <w:r>
        <w:rPr>
          <w:b w:val="0"/>
          <w:sz w:val="20"/>
        </w:rPr>
        <w:t>9.1 This Agreement shall be governed by and construed in accordance with the laws of the State of ________________, without regard to its conflicts of laws principles.</w:t>
      </w:r>
    </w:p>
    <w:p>
      <w:r>
        <w:rPr>
          <w:b w:val="0"/>
          <w:sz w:val="20"/>
        </w:rPr>
        <w:t>9.2 Any dispute arising out of or relating to this Agreement shall be subject to the exclusive jurisdiction of the state and federal courts located in ________________.</w:t>
      </w:r>
    </w:p>
    <w:p/>
    <w:p>
      <w:r>
        <w:rPr>
          <w:b/>
          <w:sz w:val="22"/>
        </w:rPr>
        <w:t>10. REMEDIES</w:t>
      </w:r>
    </w:p>
    <w:p>
      <w:r>
        <w:rPr>
          <w:b w:val="0"/>
          <w:sz w:val="20"/>
        </w:rPr>
        <w:t>10.1 Employee acknowledges that breach of this Agreement may cause irreparable harm to Employer for which damages may be an insufficient remedy.</w:t>
      </w:r>
    </w:p>
    <w:p>
      <w:r>
        <w:rPr>
          <w:b w:val="0"/>
          <w:sz w:val="20"/>
        </w:rPr>
        <w:t>10.2 Accordingly, Employer shall be entitled to injunctive relief and any other remedies available at law or in equity.</w:t>
      </w:r>
    </w:p>
    <w:p/>
    <w:p>
      <w:r>
        <w:rPr>
          <w:b/>
          <w:sz w:val="22"/>
        </w:rPr>
        <w:t>11. ENTIRE AGREEMENT</w:t>
      </w:r>
    </w:p>
    <w:p>
      <w:r>
        <w:rPr>
          <w:b w:val="0"/>
          <w:sz w:val="20"/>
        </w:rPr>
        <w:t>11.1 This Agreement constitutes the entire understanding between the parties regarding its subject matter and supersedes all prior agreements, understandings, or representations.</w:t>
      </w:r>
    </w:p>
    <w:p>
      <w:r>
        <w:rPr>
          <w:b w:val="0"/>
          <w:sz w:val="20"/>
        </w:rPr>
        <w:t>11.2 Any amendments must be in writing and signed by both parties.</w:t>
      </w:r>
    </w:p>
    <w:p/>
    <w:p>
      <w:r>
        <w:rPr>
          <w:b/>
          <w:sz w:val="22"/>
        </w:rPr>
        <w:t>12. SEVERABILITY</w:t>
      </w:r>
    </w:p>
    <w:p>
      <w:r>
        <w:rPr>
          <w:b w:val="0"/>
          <w:sz w:val="20"/>
        </w:rPr>
        <w:t>12.1 If any provision of this Agreement is held to be invalid or unenforceable, the remaining provisions shall remain in full force and effect.</w:t>
      </w:r>
    </w:p>
    <w:p/>
    <w:p>
      <w:r>
        <w:rPr>
          <w:b/>
          <w:sz w:val="22"/>
        </w:rPr>
        <w:t>13. WAIVER</w:t>
      </w:r>
    </w:p>
    <w:p>
      <w:r>
        <w:rPr>
          <w:b w:val="0"/>
          <w:sz w:val="20"/>
        </w:rPr>
        <w:t>13.1 The failure of either party to enforce any right or provision shall not constitute a waiver of such right or provision.</w:t>
      </w:r>
    </w:p>
    <w:p/>
    <w:p>
      <w:r>
        <w:rPr>
          <w:b/>
          <w:sz w:val="22"/>
        </w:rPr>
        <w:t>14. NOTICES</w:t>
      </w:r>
    </w:p>
    <w:p>
      <w:r>
        <w:rPr>
          <w:b w:val="0"/>
          <w:sz w:val="20"/>
        </w:rPr>
        <w:t>14.1 All notices under this Agreement shall be in writing and shall be deemed given when delivered personally, sent by certified mail, or by a nationally recognized overnight courier, to the addresses first set forth above or to such other address as either party may designate in writing.</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https://agreement247-us.com/employee-ip-assignment-agreement/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employee-ip-assignment-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