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LOAN AGREEMENT</w:t>
      </w:r>
    </w:p>
    <w:p/>
    <w:p>
      <w:r>
        <w:rPr>
          <w:b/>
          <w:sz w:val="20"/>
        </w:rPr>
        <w:t>This Employee Loan Agreement ("Agreement") is made and entered into by and between:</w:t>
      </w:r>
    </w:p>
    <w:p>
      <w:r>
        <w:rPr>
          <w:b/>
          <w:sz w:val="20"/>
        </w:rPr>
        <w:t>Employer:</w:t>
      </w:r>
    </w:p>
    <w:p>
      <w:r>
        <w:rPr>
          <w:b w:val="0"/>
          <w:sz w:val="20"/>
        </w:rPr>
        <w:t>Company Name: 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Employee: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Employer agrees to loan certain funds to the Employee under the terms set forth herein; and</w:t>
      </w:r>
    </w:p>
    <w:p>
      <w:r>
        <w:rPr>
          <w:b w:val="0"/>
          <w:sz w:val="20"/>
        </w:rPr>
        <w:t>WHEREAS, the Employee agrees to accept such loan and repay it in accordance with the terms and conditions of this Agreement.</w:t>
      </w:r>
    </w:p>
    <w:p/>
    <w:p>
      <w:r>
        <w:rPr>
          <w:b/>
          <w:sz w:val="20"/>
        </w:rPr>
        <w:t>1. Loan Amount and Purpose</w:t>
      </w:r>
    </w:p>
    <w:p>
      <w:r>
        <w:rPr>
          <w:b w:val="0"/>
          <w:sz w:val="20"/>
        </w:rPr>
        <w:t>The Employer agrees to loan the Employee the principal sum of $__________________. The Employee acknowledges receipt of this amount and agrees to use the loan exclusively for lawful purposes consistent with Company policies.</w:t>
      </w:r>
    </w:p>
    <w:p/>
    <w:p>
      <w:r>
        <w:rPr>
          <w:b/>
          <w:sz w:val="20"/>
        </w:rPr>
        <w:t>2. Interest</w:t>
      </w:r>
    </w:p>
    <w:p>
      <w:r>
        <w:rPr>
          <w:b w:val="0"/>
          <w:sz w:val="20"/>
        </w:rPr>
        <w:t>The loan shall bear interest at a rate of __________% per annum, calculated on the outstanding principal balance. Interest shall accrue from the date the loan is disbursed and shall be payable as set forth herein.</w:t>
      </w:r>
    </w:p>
    <w:p/>
    <w:p>
      <w:r>
        <w:rPr>
          <w:b/>
          <w:sz w:val="20"/>
        </w:rPr>
        <w:t>3. Repayment Terms</w:t>
      </w:r>
    </w:p>
    <w:p>
      <w:r>
        <w:rPr>
          <w:b w:val="0"/>
          <w:sz w:val="20"/>
        </w:rPr>
        <w:t>The Employee agrees to repay the loan in __________ installments of $____________ each, commencing on ____________________, and continuing on the same day of each subsequent month until the loan and all accrued interest are paid in full. Prepayment of the loan in whole or in part is permitted without penalty.</w:t>
      </w:r>
    </w:p>
    <w:p/>
    <w:p>
      <w:r>
        <w:rPr>
          <w:b/>
          <w:sz w:val="20"/>
        </w:rPr>
        <w:t>4. Payroll Deductions</w:t>
      </w:r>
    </w:p>
    <w:p>
      <w:r>
        <w:rPr>
          <w:b w:val="0"/>
          <w:sz w:val="20"/>
        </w:rPr>
        <w:t>The Employee authorizes the Employer to deduct from the Employee's wages or salary the installment payments due under this Agreement and to remit such payments toward the outstanding loan balance.</w:t>
      </w:r>
    </w:p>
    <w:p/>
    <w:p>
      <w:r>
        <w:rPr>
          <w:b/>
          <w:sz w:val="20"/>
        </w:rPr>
        <w:t>5. Default</w:t>
      </w:r>
    </w:p>
    <w:p>
      <w:r>
        <w:rPr>
          <w:b w:val="0"/>
          <w:sz w:val="20"/>
        </w:rPr>
        <w:t>In the event the Employee fails to make any scheduled payment within ______ days of its due date, the entire remaining balance of the loan, including accrued interest, shall become immediately due and payable. The Employer may take any lawful action to collect the outstanding amount, including but not limited to legal proceedings.</w:t>
      </w:r>
    </w:p>
    <w:p/>
    <w:p>
      <w:r>
        <w:rPr>
          <w:b/>
          <w:sz w:val="20"/>
        </w:rPr>
        <w:t>6. Security</w:t>
      </w:r>
    </w:p>
    <w:p>
      <w:r>
        <w:rPr>
          <w:b w:val="0"/>
          <w:sz w:val="20"/>
        </w:rPr>
        <w:t>This loan is unsecured. (Alternatively, describe any collateral or security interest if applicable: _______________________________________________________________)</w:t>
      </w:r>
    </w:p>
    <w:p/>
    <w:p>
      <w:r>
        <w:rPr>
          <w:b/>
          <w:sz w:val="20"/>
        </w:rPr>
        <w:t>7. Representations and Warranties</w:t>
      </w:r>
    </w:p>
    <w:p>
      <w:r>
        <w:rPr>
          <w:b w:val="0"/>
          <w:sz w:val="20"/>
        </w:rPr>
        <w:t>The Employee represents that they have the legal capacity to enter into this Agreement and that the information provided to the Employer is true and accurate. The Employer represents that it has the authority to enter into this Agreement and to make the loan to the Employee.</w:t>
      </w:r>
    </w:p>
    <w:p/>
    <w:p>
      <w:r>
        <w:rPr>
          <w:b/>
          <w:sz w:val="20"/>
        </w:rPr>
        <w:t>8. Governing Law</w:t>
      </w:r>
    </w:p>
    <w:p>
      <w:r>
        <w:rPr>
          <w:b w:val="0"/>
          <w:sz w:val="20"/>
        </w:rPr>
        <w:t>This Agreement shall be governed by and construed in accordance with the laws of the State of ____________________, without regard to its conflict of law principles.</w:t>
      </w:r>
    </w:p>
    <w:p/>
    <w:p>
      <w:r>
        <w:rPr>
          <w:b/>
          <w:sz w:val="20"/>
        </w:rPr>
        <w:t>9. Entire Agreement</w:t>
      </w:r>
    </w:p>
    <w:p>
      <w:r>
        <w:rPr>
          <w:b w:val="0"/>
          <w:sz w:val="20"/>
        </w:rPr>
        <w:t>This Agreement constitutes the entire agreement between the parties with respect to the subject matter hereof and supersedes all prior agreements, understandings, and negotiations, whether oral or written.</w:t>
      </w:r>
    </w:p>
    <w:p/>
    <w:p>
      <w:r>
        <w:rPr>
          <w:b/>
          <w:sz w:val="20"/>
        </w:rPr>
        <w:t>10. Amendments</w:t>
      </w:r>
    </w:p>
    <w:p>
      <w:r>
        <w:rPr>
          <w:b w:val="0"/>
          <w:sz w:val="20"/>
        </w:rPr>
        <w:t>Any amendment or modification to this Agreement must be made in writing and signed by both parties.</w:t>
      </w:r>
    </w:p>
    <w:p/>
    <w:p>
      <w:r>
        <w:rPr>
          <w:b/>
          <w:sz w:val="20"/>
        </w:rPr>
        <w:t>11. Notices</w:t>
      </w:r>
    </w:p>
    <w:p>
      <w:r>
        <w:rPr>
          <w:b w:val="0"/>
          <w:sz w:val="20"/>
        </w:rPr>
        <w:t>All notices required or permitted under this Agreement shall be in writing and shall be deemed given when delivered personally or sent by certified mail, return receipt requested, to the addresses set forth above or such other address as either party may designate in writing.</w:t>
      </w:r>
    </w:p>
    <w:p/>
    <w:p>
      <w:r>
        <w:rPr>
          <w:b/>
          <w:sz w:val="20"/>
        </w:rPr>
        <w:t>12. Severability</w:t>
      </w:r>
    </w:p>
    <w:p>
      <w:r>
        <w:rPr>
          <w:b w:val="0"/>
          <w:sz w:val="20"/>
        </w:rPr>
        <w:t>If any provision of this Agreement is found to be invalid or unenforceable, the remaining provisions shall remain in full force and effect.</w:t>
      </w:r>
    </w:p>
    <w:p/>
    <w:p>
      <w:r>
        <w:rPr>
          <w:b/>
          <w:sz w:val="20"/>
        </w:rPr>
        <w:t>13. Waiver</w:t>
      </w:r>
    </w:p>
    <w:p>
      <w:r>
        <w:rPr>
          <w:b w:val="0"/>
          <w:sz w:val="20"/>
        </w:rPr>
        <w:t>The failure of either party to enforce any provision of this Agreement shall not constitute a waiver of that provision or any other provisions herein.</w:t>
      </w:r>
    </w:p>
    <w:p/>
    <w:p>
      <w:r>
        <w:rPr>
          <w:b w:val="0"/>
          <w:sz w:val="20"/>
        </w:rPr>
        <w:t>IN WITNESS WHEREOF, the parties have executed this Agreement as of the date of their signatures below.</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https://agreement247-us.com/employee-loan-agreement/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employee-loan-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