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IMAGE USAGE RIGHTS AGREEMENT</w:t>
      </w:r>
    </w:p>
    <w:p/>
    <w:p>
      <w:r>
        <w:rPr>
          <w:b/>
          <w:sz w:val="20"/>
        </w:rPr>
        <w:t>This Image Usage Rights Agreement ("Agreement") is made between the following parties:</w:t>
      </w:r>
    </w:p>
    <w:p/>
    <w:p>
      <w:r>
        <w:rPr>
          <w:b/>
          <w:sz w:val="20"/>
        </w:rPr>
        <w:t>Licensor Information:</w:t>
      </w:r>
    </w:p>
    <w:p>
      <w:r>
        <w:rPr>
          <w:b w:val="0"/>
          <w:sz w:val="20"/>
        </w:rPr>
        <w:t>Full Name or Entity: 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Licensee Information:</w:t>
      </w:r>
    </w:p>
    <w:p>
      <w:r>
        <w:rPr>
          <w:b w:val="0"/>
          <w:sz w:val="20"/>
        </w:rPr>
        <w:t>Full Name or Entity: 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RECITALS</w:t>
      </w:r>
    </w:p>
    <w:p>
      <w:r>
        <w:rPr>
          <w:b w:val="0"/>
          <w:sz w:val="20"/>
        </w:rPr>
        <w:t>WHEREAS, Licensor owns or controls certain rights in the images described below;</w:t>
      </w:r>
    </w:p>
    <w:p>
      <w:r>
        <w:rPr>
          <w:b w:val="0"/>
          <w:sz w:val="20"/>
        </w:rPr>
        <w:t>WHEREAS, Licensee desires to obtain a license to use such images under the terms set forth herein;</w:t>
      </w:r>
    </w:p>
    <w:p>
      <w:r>
        <w:rPr>
          <w:b w:val="0"/>
          <w:sz w:val="20"/>
        </w:rPr>
        <w:t>NOW, THEREFORE, in consideration of the mutual covenants contained herein, the parties agree as follows:</w:t>
      </w:r>
    </w:p>
    <w:p/>
    <w:p>
      <w:r>
        <w:rPr>
          <w:b/>
          <w:sz w:val="20"/>
        </w:rPr>
        <w:t>1. Description of Images</w:t>
      </w:r>
    </w:p>
    <w:p>
      <w:r>
        <w:rPr>
          <w:b w:val="0"/>
          <w:sz w:val="20"/>
        </w:rPr>
        <w:t>The images subject to this Agreement are described as follows:</w:t>
      </w:r>
    </w:p>
    <w:p>
      <w:r>
        <w:rPr>
          <w:b w:val="0"/>
          <w:sz w:val="20"/>
        </w:rPr>
        <w:t>- Title / Description: ______________________________________________________</w:t>
      </w:r>
    </w:p>
    <w:p>
      <w:r>
        <w:rPr>
          <w:b w:val="0"/>
          <w:sz w:val="20"/>
        </w:rPr>
        <w:t>- Format (e.g., JPEG, PNG): _________________________________________________</w:t>
      </w:r>
    </w:p>
    <w:p>
      <w:r>
        <w:rPr>
          <w:b w:val="0"/>
          <w:sz w:val="20"/>
        </w:rPr>
        <w:t>- Resolution / Size: ________________________________________________________</w:t>
      </w:r>
    </w:p>
    <w:p>
      <w:r>
        <w:rPr>
          <w:b w:val="0"/>
          <w:sz w:val="20"/>
        </w:rPr>
        <w:t>- Number of Images Licensed: _______________________________________________</w:t>
      </w:r>
    </w:p>
    <w:p/>
    <w:p>
      <w:r>
        <w:rPr>
          <w:b/>
          <w:sz w:val="20"/>
        </w:rPr>
        <w:t>2. Grant of License</w:t>
      </w:r>
    </w:p>
    <w:p>
      <w:r>
        <w:rPr>
          <w:b w:val="0"/>
          <w:sz w:val="20"/>
        </w:rPr>
        <w:t>Licensor hereby grants to Licensee a non-exclusive, non-transferable license to use the Images solely for the purposes described below and subject to the terms and conditions of this Agreement.</w:t>
      </w:r>
    </w:p>
    <w:p>
      <w:r>
        <w:rPr>
          <w:b w:val="0"/>
          <w:sz w:val="20"/>
        </w:rPr>
        <w:t>Permitted Uses:</w:t>
      </w:r>
    </w:p>
    <w:p>
      <w:r>
        <w:rPr>
          <w:b w:val="0"/>
          <w:sz w:val="20"/>
        </w:rPr>
        <w:t>- _________________________________________________________________________</w:t>
      </w:r>
    </w:p>
    <w:p>
      <w:r>
        <w:rPr>
          <w:b w:val="0"/>
          <w:sz w:val="20"/>
        </w:rPr>
        <w:t>- _________________________________________________________________________</w:t>
      </w:r>
    </w:p>
    <w:p>
      <w:r>
        <w:rPr>
          <w:b w:val="0"/>
          <w:sz w:val="20"/>
        </w:rPr>
        <w:t>Territory:</w:t>
      </w:r>
    </w:p>
    <w:p>
      <w:r>
        <w:rPr>
          <w:b w:val="0"/>
          <w:sz w:val="20"/>
        </w:rPr>
        <w:t>- _________________________________________________________________________</w:t>
      </w:r>
    </w:p>
    <w:p>
      <w:r>
        <w:rPr>
          <w:b w:val="0"/>
          <w:sz w:val="20"/>
        </w:rPr>
        <w:t>Duration:</w:t>
      </w:r>
    </w:p>
    <w:p>
      <w:r>
        <w:rPr>
          <w:b w:val="0"/>
          <w:sz w:val="20"/>
        </w:rPr>
        <w:t>- _________________________________________________________________________</w:t>
      </w:r>
    </w:p>
    <w:p/>
    <w:p>
      <w:r>
        <w:rPr>
          <w:b/>
          <w:sz w:val="20"/>
        </w:rPr>
        <w:t>3. Restrictions</w:t>
      </w:r>
    </w:p>
    <w:p>
      <w:r>
        <w:rPr>
          <w:b w:val="0"/>
          <w:sz w:val="20"/>
        </w:rPr>
        <w:t>Licensee shall not:</w:t>
      </w:r>
    </w:p>
    <w:p>
      <w:r>
        <w:rPr>
          <w:b w:val="0"/>
          <w:sz w:val="20"/>
        </w:rPr>
        <w:t>- Use the Images for any purpose other than as expressly permitted under this Agreement.</w:t>
      </w:r>
    </w:p>
    <w:p>
      <w:r>
        <w:rPr>
          <w:b w:val="0"/>
          <w:sz w:val="20"/>
        </w:rPr>
        <w:t>- Modify, alter, or create derivative works of the Images without prior written consent of Licensor.</w:t>
      </w:r>
    </w:p>
    <w:p>
      <w:r>
        <w:rPr>
          <w:b w:val="0"/>
          <w:sz w:val="20"/>
        </w:rPr>
        <w:t>- Sell, sublicense, rent, lease, or distribute the Images to any third party.</w:t>
      </w:r>
    </w:p>
    <w:p>
      <w:r>
        <w:rPr>
          <w:b w:val="0"/>
          <w:sz w:val="20"/>
        </w:rPr>
        <w:t>- Use the Images in any unlawful, defamatory, or obscene manner.</w:t>
      </w:r>
    </w:p>
    <w:p/>
    <w:p>
      <w:r>
        <w:rPr>
          <w:b/>
          <w:sz w:val="20"/>
        </w:rPr>
        <w:t>4. Ownership and Intellectual Property Rights</w:t>
      </w:r>
    </w:p>
    <w:p>
      <w:r>
        <w:rPr>
          <w:b w:val="0"/>
          <w:sz w:val="20"/>
        </w:rPr>
        <w:t>Licensor retains all right, title, and interest in and to the Images, including all copyrights and other intellectual property rights therein. Licensee acknowledges and agrees that no ownership rights are transferred under this Agreement.</w:t>
      </w:r>
    </w:p>
    <w:p/>
    <w:p>
      <w:r>
        <w:rPr>
          <w:b/>
          <w:sz w:val="20"/>
        </w:rPr>
        <w:t>5. Compensation</w:t>
      </w:r>
    </w:p>
    <w:p>
      <w:r>
        <w:rPr>
          <w:b w:val="0"/>
          <w:sz w:val="20"/>
        </w:rPr>
        <w:t>In consideration for the license granted herein, Licensee shall pay Licensor the following fees:</w:t>
      </w:r>
    </w:p>
    <w:p>
      <w:r>
        <w:rPr>
          <w:b w:val="0"/>
          <w:sz w:val="20"/>
        </w:rPr>
        <w:t>- License Fee: ______________________________________________________________</w:t>
      </w:r>
    </w:p>
    <w:p>
      <w:r>
        <w:rPr>
          <w:b w:val="0"/>
          <w:sz w:val="20"/>
        </w:rPr>
        <w:t>- Payment Terms: ___________________________________________________________</w:t>
      </w:r>
    </w:p>
    <w:p/>
    <w:p>
      <w:r>
        <w:rPr>
          <w:b/>
          <w:sz w:val="20"/>
        </w:rPr>
        <w:t>6. Representations and Warranties</w:t>
      </w:r>
    </w:p>
    <w:p>
      <w:r>
        <w:rPr>
          <w:b w:val="0"/>
          <w:sz w:val="20"/>
        </w:rPr>
        <w:t>Licensor represents and warrants that:</w:t>
      </w:r>
    </w:p>
    <w:p>
      <w:r>
        <w:rPr>
          <w:b w:val="0"/>
          <w:sz w:val="20"/>
        </w:rPr>
        <w:t>- Licensor is the sole and exclusive owner or authorized agent with full rights to license the Images.</w:t>
      </w:r>
    </w:p>
    <w:p>
      <w:r>
        <w:rPr>
          <w:b w:val="0"/>
          <w:sz w:val="20"/>
        </w:rPr>
        <w:t>- The Images do not infringe upon any third party’s intellectual property rights or other rights.</w:t>
      </w:r>
    </w:p>
    <w:p>
      <w:r>
        <w:rPr>
          <w:b w:val="0"/>
          <w:sz w:val="20"/>
        </w:rPr>
        <w:t>Licensee represents and warrants that:</w:t>
      </w:r>
    </w:p>
    <w:p>
      <w:r>
        <w:rPr>
          <w:b w:val="0"/>
          <w:sz w:val="20"/>
        </w:rPr>
        <w:t>- Licensee will use the Images only in compliance with all applicable laws and this Agreement.</w:t>
      </w:r>
    </w:p>
    <w:p/>
    <w:p>
      <w:r>
        <w:rPr>
          <w:b/>
          <w:sz w:val="20"/>
        </w:rPr>
        <w:t>7. Indemnification</w:t>
      </w:r>
    </w:p>
    <w:p>
      <w:r>
        <w:rPr>
          <w:b w:val="0"/>
          <w:sz w:val="20"/>
        </w:rPr>
        <w:t>Each party agrees to indemnify, defend, and hold harmless the other party and its affiliates, officers, agents, and employees from and against any and all claims, damages, liabilities, costs, and expenses (including reasonable attorneys’ fees) arising out of or related to any breach of this Agreement or violation of applicable law.</w:t>
      </w:r>
    </w:p>
    <w:p/>
    <w:p>
      <w:r>
        <w:rPr>
          <w:b/>
          <w:sz w:val="20"/>
        </w:rPr>
        <w:t>8. Limitation of Liability</w:t>
      </w:r>
    </w:p>
    <w:p>
      <w:r>
        <w:rPr>
          <w:b w:val="0"/>
          <w:sz w:val="20"/>
        </w:rPr>
        <w:t>IN NO EVENT SHALL EITHER PARTY BE LIABLE TO THE OTHER FOR ANY INDIRECT, INCIDENTAL, CONSEQUENTIAL, SPECIAL, OR EXEMPLARY DAMAGES ARISING OUT OF OR IN CONNECTION WITH THIS AGREEMENT, EVEN IF ADVISED OF THE POSSIBILITY OF SUCH DAMAGES.</w:t>
      </w:r>
    </w:p>
    <w:p/>
    <w:p>
      <w:r>
        <w:rPr>
          <w:b/>
          <w:sz w:val="20"/>
        </w:rPr>
        <w:t>9. Term and Termination</w:t>
      </w:r>
    </w:p>
    <w:p>
      <w:r>
        <w:rPr>
          <w:b w:val="0"/>
          <w:sz w:val="20"/>
        </w:rPr>
        <w:t>This Agreement shall commence upon execution by both parties and remain in effect until terminated as follows:</w:t>
      </w:r>
    </w:p>
    <w:p>
      <w:r>
        <w:rPr>
          <w:b w:val="0"/>
          <w:sz w:val="20"/>
        </w:rPr>
        <w:t>- Either party may terminate this Agreement upon written notice if the other party breaches any material term and fails to cure such breach within thirty (30) days after receipt of notice.</w:t>
      </w:r>
    </w:p>
    <w:p>
      <w:r>
        <w:rPr>
          <w:b w:val="0"/>
          <w:sz w:val="20"/>
        </w:rPr>
        <w:t>- Upon termination, Licensee shall immediately cease all use of the Images and destroy or return all copies.</w:t>
      </w:r>
    </w:p>
    <w:p/>
    <w:p>
      <w:r>
        <w:rPr>
          <w:b/>
          <w:sz w:val="20"/>
        </w:rPr>
        <w:t>10. Governing Law and Jurisdiction</w:t>
      </w:r>
    </w:p>
    <w:p>
      <w:r>
        <w:rPr>
          <w:b w:val="0"/>
          <w:sz w:val="20"/>
        </w:rPr>
        <w:t>This Agreement shall be governed by and construed in accordance with the laws of the State of ____________________, United States of America, without regard to its conflict of law principles. The parties agree to submit to the exclusive jurisdiction of the courts located in ____________________ for any disputes arising out of this Agreement.</w:t>
      </w:r>
    </w:p>
    <w:p/>
    <w:p>
      <w:r>
        <w:rPr>
          <w:b/>
          <w:sz w:val="20"/>
        </w:rPr>
        <w:t>11. Entire Agreement</w:t>
      </w:r>
    </w:p>
    <w:p>
      <w:r>
        <w:rPr>
          <w:b w:val="0"/>
          <w:sz w:val="20"/>
        </w:rPr>
        <w:t>This Agreement constitutes the entire understanding between the parties with respect to the subject matter hereof and supersedes all prior or contemporaneous agreements, whether written or oral. Any amendment or modification must be in writing and signed by both parties.</w:t>
      </w:r>
    </w:p>
    <w:p/>
    <w:p>
      <w:r>
        <w:rPr>
          <w:b/>
          <w:sz w:val="20"/>
        </w:rPr>
        <w:t>12. Notices</w:t>
      </w:r>
    </w:p>
    <w:p>
      <w:r>
        <w:rPr>
          <w:b w:val="0"/>
          <w:sz w:val="20"/>
        </w:rPr>
        <w:t>All notices under this Agreement shall be in writing and delivered to the addresses provided above by personal delivery, certified mail, or recognized courier service and shall be deemed given upon receipt.</w:t>
      </w:r>
    </w:p>
    <w:p/>
    <w:p>
      <w:r>
        <w:rPr>
          <w:b/>
          <w:sz w:val="20"/>
        </w:rPr>
        <w:t>13. Severability</w:t>
      </w:r>
    </w:p>
    <w:p>
      <w:r>
        <w:rPr>
          <w:b w:val="0"/>
          <w:sz w:val="20"/>
        </w:rPr>
        <w:t>If any provision of this Agreement is found to be invalid or unenforceable by a court of competent jurisdiction, the remaining provisions shall remain in full force and effect.</w:t>
      </w:r>
    </w:p>
    <w:p/>
    <w:p>
      <w:r>
        <w:rPr>
          <w:b/>
          <w:sz w:val="20"/>
        </w:rPr>
        <w:t>14. Waiver</w:t>
      </w:r>
    </w:p>
    <w:p>
      <w:r>
        <w:rPr>
          <w:b w:val="0"/>
          <w:sz w:val="20"/>
        </w:rPr>
        <w:t>The failure of either party to enforce any right or remedy under this Agreement shall not constitute a waiver of such right or remedy or any other rights or remedies.</w:t>
      </w:r>
    </w:p>
    <w:p/>
    <w:p/>
    <w:p>
      <w:r>
        <w:rPr>
          <w:b w:val="0"/>
          <w:sz w:val="20"/>
        </w:rPr>
        <w:t>Place of signature: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https://agreement247-us.com/image-usage-rights-agreement/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image-usage-right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