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MEMBER-MANAGED LLC OPERATING AGREEMENT</w:t>
      </w:r>
    </w:p>
    <w:p/>
    <w:p/>
    <w:p>
      <w:r>
        <w:rPr>
          <w:b w:val="0"/>
          <w:sz w:val="20"/>
        </w:rPr>
        <w:t>This Operating Agreement (the "Agreement") is entered into by the undersigned Members (the "Members") of the Limited Liability Company formed under the laws of the State of __________________ (the "Company"). The Members hereby agree as follows:</w:t>
      </w:r>
    </w:p>
    <w:p/>
    <w:p/>
    <w:p>
      <w:r>
        <w:rPr>
          <w:b/>
          <w:sz w:val="20"/>
        </w:rPr>
        <w:t>Article 1 – Formation</w:t>
      </w:r>
    </w:p>
    <w:p>
      <w:r>
        <w:rPr>
          <w:b w:val="0"/>
          <w:sz w:val="20"/>
        </w:rPr>
        <w:t>1.1 Formation. The Members have formed a Limited Liability Company pursuant to the Limited Liability Company Act of the State of __________________ (the "Act").</w:t>
      </w:r>
    </w:p>
    <w:p>
      <w:r>
        <w:rPr>
          <w:b w:val="0"/>
          <w:sz w:val="20"/>
        </w:rPr>
        <w:t>1.2 Name. The name of the Company is: _______________________________________________.</w:t>
      </w:r>
    </w:p>
    <w:p>
      <w:r>
        <w:rPr>
          <w:b w:val="0"/>
          <w:sz w:val="20"/>
        </w:rPr>
        <w:t>1.3 Principal Office. The principal office of the Company is located at: _______________________________________________.</w:t>
      </w:r>
    </w:p>
    <w:p>
      <w:r>
        <w:rPr>
          <w:b w:val="0"/>
          <w:sz w:val="20"/>
        </w:rPr>
        <w:t>1.4 Registered Agent. The registered agent for service of process is: _______________________________________________.</w:t>
      </w:r>
    </w:p>
    <w:p/>
    <w:p>
      <w:r>
        <w:rPr>
          <w:b/>
          <w:sz w:val="20"/>
        </w:rPr>
        <w:t>Article 2 – Business Purpose</w:t>
      </w:r>
    </w:p>
    <w:p>
      <w:r>
        <w:rPr>
          <w:b w:val="0"/>
          <w:sz w:val="20"/>
        </w:rPr>
        <w:t>The purpose of the Company is to engage in any lawful business activity permitted under the Act and to undertake any and all activities necessary or incidental thereto.</w:t>
      </w:r>
    </w:p>
    <w:p/>
    <w:p>
      <w:r>
        <w:rPr>
          <w:b/>
          <w:sz w:val="20"/>
        </w:rPr>
        <w:t>Article 3 – Term</w:t>
      </w:r>
    </w:p>
    <w:p>
      <w:r>
        <w:rPr>
          <w:b w:val="0"/>
          <w:sz w:val="20"/>
        </w:rPr>
        <w:t>The term of the Company shall continue until dissolved and terminated in accordance with this Agreement or the Act.</w:t>
      </w:r>
    </w:p>
    <w:p/>
    <w:p>
      <w:r>
        <w:rPr>
          <w:b/>
          <w:sz w:val="20"/>
        </w:rPr>
        <w:t>Article 4 – Members and Capital Contributions</w:t>
      </w:r>
    </w:p>
    <w:p>
      <w:r>
        <w:rPr>
          <w:b w:val="0"/>
          <w:sz w:val="20"/>
        </w:rPr>
        <w:t>4.1 Members. The names, addresses, and initial Capital Contributions of the Members are as follows:</w:t>
      </w:r>
    </w:p>
    <w:tbl>
      <w:tblPr>
        <w:tblStyle w:val="TableGrid"/>
        <w:tblW w:type="auto" w:w="0"/>
        <w:tblLook w:firstColumn="1" w:firstRow="1" w:lastColumn="0" w:lastRow="0" w:noHBand="0" w:noVBand="1" w:val="04A0"/>
      </w:tblPr>
      <w:tblGrid>
        <w:gridCol w:w="3324"/>
        <w:gridCol w:w="3324"/>
        <w:gridCol w:w="3324"/>
      </w:tblGrid>
      <w:tr>
        <w:tc>
          <w:tcPr>
            <w:tcW w:type="dxa" w:w="3324"/>
          </w:tcPr>
          <w:p>
            <w:pPr>
              <w:jc w:val="left"/>
            </w:pPr>
            <w:r>
              <w:t>Member Name</w:t>
            </w:r>
          </w:p>
        </w:tc>
        <w:tc>
          <w:tcPr>
            <w:tcW w:type="dxa" w:w="3324"/>
          </w:tcPr>
          <w:p>
            <w:pPr>
              <w:jc w:val="left"/>
            </w:pPr>
            <w:r>
              <w:t>Address</w:t>
            </w:r>
          </w:p>
        </w:tc>
        <w:tc>
          <w:tcPr>
            <w:tcW w:type="dxa" w:w="3324"/>
          </w:tcPr>
          <w:p>
            <w:pPr>
              <w:jc w:val="left"/>
            </w:pPr>
            <w:r>
              <w:t>Initial Capital Contribution (USD)</w:t>
            </w:r>
          </w:p>
        </w:tc>
      </w:tr>
      <w:tr>
        <w:tc>
          <w:tcPr>
            <w:tcW w:type="dxa" w:w="3324"/>
          </w:tcPr>
          <w:p>
            <w:pPr>
              <w:jc w:val="left"/>
            </w:pPr>
          </w:p>
        </w:tc>
        <w:tc>
          <w:tcPr>
            <w:tcW w:type="dxa" w:w="3324"/>
          </w:tcPr>
          <w:p>
            <w:pPr>
              <w:jc w:val="left"/>
            </w:pPr>
          </w:p>
        </w:tc>
        <w:tc>
          <w:tcPr>
            <w:tcW w:type="dxa" w:w="3324"/>
          </w:tcPr>
          <w:p>
            <w:pPr>
              <w:jc w:val="left"/>
            </w:pPr>
          </w:p>
        </w:tc>
      </w:tr>
    </w:tbl>
    <w:p/>
    <w:p>
      <w:r>
        <w:rPr>
          <w:b w:val="0"/>
          <w:sz w:val="20"/>
        </w:rPr>
        <w:t>4.2 Additional Contributions. No Member shall be required to make additional capital contributions except as agreed by all Members in writing.</w:t>
      </w:r>
    </w:p>
    <w:p/>
    <w:p>
      <w:r>
        <w:rPr>
          <w:b/>
          <w:sz w:val="20"/>
        </w:rPr>
        <w:t>Article 5 – Allocations and Distributions</w:t>
      </w:r>
    </w:p>
    <w:p>
      <w:r>
        <w:rPr>
          <w:b w:val="0"/>
          <w:sz w:val="20"/>
        </w:rPr>
        <w:t>5.1 Profits and Losses. Profits and losses of the Company shall be allocated among the Members in proportion to their respective Percentage Interests as set forth in this Agreement or as subsequently adjusted in writing.</w:t>
      </w:r>
    </w:p>
    <w:p>
      <w:r>
        <w:rPr>
          <w:b w:val="0"/>
          <w:sz w:val="20"/>
        </w:rPr>
        <w:t>5.2 Distributions. Distributions of cash or other assets shall be made to the Members at such times and in such amounts as determined by a majority of the Members, in proportion to their Percentage Interests unless otherwise agreed.</w:t>
      </w:r>
    </w:p>
    <w:p/>
    <w:p>
      <w:r>
        <w:rPr>
          <w:b/>
          <w:sz w:val="20"/>
        </w:rPr>
        <w:t>Article 6 – Management</w:t>
      </w:r>
    </w:p>
    <w:p>
      <w:r>
        <w:rPr>
          <w:b w:val="0"/>
          <w:sz w:val="20"/>
        </w:rPr>
        <w:t>6.1 Management by Members. The Company shall be managed by its Members. Each Member shall have equal rights in the management and conduct of the Company’s business unless otherwise provided herein.</w:t>
      </w:r>
    </w:p>
    <w:p>
      <w:r>
        <w:rPr>
          <w:b w:val="0"/>
          <w:sz w:val="20"/>
        </w:rPr>
        <w:t>6.2 Voting. Except as otherwise provided, all decisions shall require the approval of Members holding a majority of the Percentage Interests.</w:t>
      </w:r>
    </w:p>
    <w:p>
      <w:r>
        <w:rPr>
          <w:b w:val="0"/>
          <w:sz w:val="20"/>
        </w:rPr>
        <w:t>6.3 Authority. No Member acting alone shall have authority to bind the Company, unless expressly authorized by this Agreement or by a majority of the Members.</w:t>
      </w:r>
    </w:p>
    <w:p/>
    <w:p>
      <w:r>
        <w:rPr>
          <w:b/>
          <w:sz w:val="20"/>
        </w:rPr>
        <w:t>Article 7 – Officers</w:t>
      </w:r>
    </w:p>
    <w:p>
      <w:r>
        <w:rPr>
          <w:b w:val="0"/>
          <w:sz w:val="20"/>
        </w:rPr>
        <w:t>The Members may appoint officers as they deem appropriate, who shall have such authority and perform such duties as determined by the Members.</w:t>
      </w:r>
    </w:p>
    <w:p/>
    <w:p>
      <w:r>
        <w:rPr>
          <w:b/>
          <w:sz w:val="20"/>
        </w:rPr>
        <w:t>Article 8 – Meetings</w:t>
      </w:r>
    </w:p>
    <w:p>
      <w:r>
        <w:rPr>
          <w:b w:val="0"/>
          <w:sz w:val="20"/>
        </w:rPr>
        <w:t>8.1 Place of Meetings. Meetings of the Members may be held at any location designated by the Members.</w:t>
      </w:r>
    </w:p>
    <w:p>
      <w:r>
        <w:rPr>
          <w:b w:val="0"/>
          <w:sz w:val="20"/>
        </w:rPr>
        <w:t>8.2 Notice. Written notice stating the place, day, and hour of any meeting shall be given to all Members not less than ten (10) days nor more than sixty (60) days before the date of the meeting.</w:t>
      </w:r>
    </w:p>
    <w:p>
      <w:r>
        <w:rPr>
          <w:b w:val="0"/>
          <w:sz w:val="20"/>
        </w:rPr>
        <w:t>8.3 Quorum. A majority of the Percentage Interests shall constitute a quorum for transaction of business.</w:t>
      </w:r>
    </w:p>
    <w:p>
      <w:r>
        <w:rPr>
          <w:b w:val="0"/>
          <w:sz w:val="20"/>
        </w:rPr>
        <w:t>8.4 Action Without Meeting. Any action required or permitted may be taken without a meeting if a consent in writing, setting forth the action taken, is signed by Members holding the required Percentage Interests.</w:t>
      </w:r>
    </w:p>
    <w:p/>
    <w:p>
      <w:r>
        <w:rPr>
          <w:b/>
          <w:sz w:val="20"/>
        </w:rPr>
        <w:t>Article 9 – Books, Records, and Tax Matters</w:t>
      </w:r>
    </w:p>
    <w:p>
      <w:r>
        <w:rPr>
          <w:b w:val="0"/>
          <w:sz w:val="20"/>
        </w:rPr>
        <w:t>9.1 Books and Records. The Company shall maintain complete and accurate books and records of its operations and affairs at its principal office.</w:t>
      </w:r>
    </w:p>
    <w:p>
      <w:r>
        <w:rPr>
          <w:b w:val="0"/>
          <w:sz w:val="20"/>
        </w:rPr>
        <w:t>9.2 Tax Returns. The Members shall cause the Company to file all required tax returns and provide each Member with appropriate tax information.</w:t>
      </w:r>
    </w:p>
    <w:p>
      <w:r>
        <w:rPr>
          <w:b w:val="0"/>
          <w:sz w:val="20"/>
        </w:rPr>
        <w:t>9.3 Tax Matters Member. The Members shall designate a Tax Matters Member to represent the Company in dealings with tax authorities as required by law.</w:t>
      </w:r>
    </w:p>
    <w:p/>
    <w:p>
      <w:r>
        <w:rPr>
          <w:b/>
          <w:sz w:val="20"/>
        </w:rPr>
        <w:t>Article 10 – Transfers and Assignments</w:t>
      </w:r>
    </w:p>
    <w:p>
      <w:r>
        <w:rPr>
          <w:b w:val="0"/>
          <w:sz w:val="20"/>
        </w:rPr>
        <w:t>10.1 Restrictions. No Member may transfer, sell, assign, pledge, or otherwise dispose of all or any part of their interest in the Company without the prior written consent of Members holding a majority of the Percentage Interests.</w:t>
      </w:r>
    </w:p>
    <w:p>
      <w:r>
        <w:rPr>
          <w:b w:val="0"/>
          <w:sz w:val="20"/>
        </w:rPr>
        <w:t>10.2 Right of First Refusal. Before transferring any interest to a third party, the transferring Member shall first offer the interest to the other Members on the same terms.</w:t>
      </w:r>
    </w:p>
    <w:p>
      <w:r>
        <w:rPr>
          <w:b w:val="0"/>
          <w:sz w:val="20"/>
        </w:rPr>
        <w:t>10.3 Permitted Transfers. Transfers to affiliates, family members, or trusts may be permitted subject to compliance with this Agreement and applicable law.</w:t>
      </w:r>
    </w:p>
    <w:p/>
    <w:p>
      <w:r>
        <w:rPr>
          <w:b/>
          <w:sz w:val="20"/>
        </w:rPr>
        <w:t>Article 11 – Dissolution and Winding Up</w:t>
      </w:r>
    </w:p>
    <w:p>
      <w:r>
        <w:rPr>
          <w:b w:val="0"/>
          <w:sz w:val="20"/>
        </w:rPr>
        <w:t>11.1 Events of Dissolution. The Company shall be dissolved upon the occurrence of any of the following events unless the business is continued by the Members as provided by law:</w:t>
      </w:r>
    </w:p>
    <w:p>
      <w:r>
        <w:rPr>
          <w:b w:val="0"/>
          <w:sz w:val="20"/>
        </w:rPr>
        <w:t>- The written consent of Members holding a majority of the Percentage Interests;</w:t>
      </w:r>
    </w:p>
    <w:p>
      <w:r>
        <w:rPr>
          <w:b w:val="0"/>
          <w:sz w:val="20"/>
        </w:rPr>
        <w:t>- The entry of a decree of judicial dissolution under the Act.</w:t>
      </w:r>
    </w:p>
    <w:p>
      <w:r>
        <w:rPr>
          <w:b w:val="0"/>
          <w:sz w:val="20"/>
        </w:rPr>
        <w:t>11.2 Winding Up. Upon dissolution, the Company’s assets shall be liquidated, liabilities paid, and the remaining assets distributed to the Members in accordance with their respective Percentage Interests after payment of all debts and obligations.</w:t>
      </w:r>
    </w:p>
    <w:p/>
    <w:p>
      <w:r>
        <w:rPr>
          <w:b/>
          <w:sz w:val="20"/>
        </w:rPr>
        <w:t>Article 12 – Indemnification and Limitation of Liability</w:t>
      </w:r>
    </w:p>
    <w:p>
      <w:r>
        <w:rPr>
          <w:b w:val="0"/>
          <w:sz w:val="20"/>
        </w:rPr>
        <w:t>12.1 Indemnification. The Company shall indemnify and hold harmless the Members and officers to the fullest extent permitted by law against any losses, claims, damages, or liabilities arising from their capacity as such.</w:t>
      </w:r>
    </w:p>
    <w:p>
      <w:r>
        <w:rPr>
          <w:b w:val="0"/>
          <w:sz w:val="20"/>
        </w:rPr>
        <w:t>12.2 Limitation of Liability. No Member shall be personally liable for the debts, obligations, or liabilities of the Company beyond their capital contributions except as otherwise required by law.</w:t>
      </w:r>
    </w:p>
    <w:p/>
    <w:p>
      <w:r>
        <w:rPr>
          <w:b/>
          <w:sz w:val="20"/>
        </w:rPr>
        <w:t>Article 13 – Miscellaneous</w:t>
      </w:r>
    </w:p>
    <w:p>
      <w:r>
        <w:rPr>
          <w:b w:val="0"/>
          <w:sz w:val="20"/>
        </w:rPr>
        <w:t>13.1 Amendments. This Agreement may be amended only by the written consent of Members holding at least seventy-five percent (75%) of the Percentage Interests.</w:t>
      </w:r>
    </w:p>
    <w:p>
      <w:r>
        <w:rPr>
          <w:b w:val="0"/>
          <w:sz w:val="20"/>
        </w:rPr>
        <w:t>13.2 Governing Law. This Agreement shall be governed by and construed in accordance with the laws of the State of __________________.</w:t>
      </w:r>
    </w:p>
    <w:p>
      <w:r>
        <w:rPr>
          <w:b w:val="0"/>
          <w:sz w:val="20"/>
        </w:rPr>
        <w:t>13.3 Severability. If any provision is determined invalid or unenforceable, the remaining provisions shall remain in full force and effect.</w:t>
      </w:r>
    </w:p>
    <w:p>
      <w:r>
        <w:rPr>
          <w:b w:val="0"/>
          <w:sz w:val="20"/>
        </w:rPr>
        <w:t>13.4 Entire Agreement. This Agreement constitutes the entire agreement among the Members and supersedes all prior agreements and understandings.</w:t>
      </w:r>
    </w:p>
    <w:p>
      <w:r>
        <w:rPr>
          <w:b w:val="0"/>
          <w:sz w:val="20"/>
        </w:rPr>
        <w:t>13.5 Counterparts. This Agreement may be executed in multiple counterparts, each of which shall be deemed an original.</w:t>
      </w:r>
    </w:p>
    <w:p/>
    <w:p/>
    <w:p>
      <w:r>
        <w:rPr>
          <w:b w:val="0"/>
          <w:sz w:val="20"/>
        </w:rPr>
        <w:t>IN WITNESS WHEREOF, the Members have executed this Operating Agreement as of the date set forth below.</w:t>
      </w:r>
    </w:p>
    <w:p/>
    <w:p/>
    <w:p>
      <w:r>
        <w:rPr>
          <w:b w:val="0"/>
          <w:sz w:val="20"/>
        </w:rPr>
        <w:t>Location of signature: ______________________________________________</w:t>
      </w:r>
    </w:p>
    <w:p>
      <w:r>
        <w:rPr>
          <w:b w:val="0"/>
          <w:sz w:val="20"/>
        </w:rPr>
        <w:t>Date of signature: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t>Print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https://agreement247-us.com/member-managed-llc-operating-agreement/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member-managed-llc-operat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