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OREGON LIMITED LIABILITY COMPANY OPERATING AGREEMENT</w:t>
      </w:r>
    </w:p>
    <w:p/>
    <w:p/>
    <w:p>
      <w:r>
        <w:rPr>
          <w:b w:val="0"/>
          <w:sz w:val="20"/>
        </w:rPr>
        <w:t>This Operating Agreement (the “Agreement”) is entered into by and among the undersigned Members for the purpose of governing the affairs of the Limited Liability Company formed under the Oregon Limited Liability Company Act (the “Act”).</w:t>
      </w:r>
    </w:p>
    <w:p/>
    <w:p/>
    <w:p>
      <w:r>
        <w:rPr>
          <w:b/>
          <w:sz w:val="22"/>
        </w:rPr>
        <w:t>1. Formation</w:t>
      </w:r>
    </w:p>
    <w:p>
      <w:r>
        <w:rPr>
          <w:b w:val="0"/>
          <w:sz w:val="20"/>
        </w:rPr>
        <w:t>1.1 Formation. The Members have formed a Limited Liability Company (“Company”) pursuant to the Act by filing Articles of Organization with the Oregon Secretary of State.</w:t>
      </w:r>
    </w:p>
    <w:p>
      <w:r>
        <w:rPr>
          <w:b w:val="0"/>
          <w:sz w:val="20"/>
        </w:rPr>
        <w:t>1.2 Name. The name of the Company shall be: ________________________________.</w:t>
      </w:r>
    </w:p>
    <w:p>
      <w:r>
        <w:rPr>
          <w:b w:val="0"/>
          <w:sz w:val="20"/>
        </w:rPr>
        <w:t>1.3 Principal Office. The principal office of the Company shall be located at: _______________________________________________________________.</w:t>
      </w:r>
    </w:p>
    <w:p>
      <w:r>
        <w:rPr>
          <w:b w:val="0"/>
          <w:sz w:val="20"/>
        </w:rPr>
        <w:t>1.4 Registered Agent and Office. The initial registered agent and office shall be:</w:t>
      </w:r>
    </w:p>
    <w:p>
      <w:r>
        <w:rPr>
          <w:b w:val="0"/>
          <w:sz w:val="20"/>
        </w:rPr>
        <w:t>Name: ________________________________________________________________</w:t>
      </w:r>
    </w:p>
    <w:p>
      <w:r>
        <w:rPr>
          <w:b w:val="0"/>
          <w:sz w:val="20"/>
        </w:rPr>
        <w:t>Address: ______________________________________________________________</w:t>
      </w:r>
    </w:p>
    <w:p/>
    <w:p>
      <w:r>
        <w:rPr>
          <w:b/>
          <w:sz w:val="22"/>
        </w:rPr>
        <w:t>2. Purpose</w:t>
      </w:r>
    </w:p>
    <w:p>
      <w:r>
        <w:rPr>
          <w:b w:val="0"/>
          <w:sz w:val="20"/>
        </w:rPr>
        <w:t>The purpose of the Company is to engage in any lawful business for which a limited liability company may be organized under the laws of the State of Oregon and to do all things necessary, convenient, or incidental thereto.</w:t>
      </w:r>
    </w:p>
    <w:p/>
    <w:p>
      <w:r>
        <w:rPr>
          <w:b/>
          <w:sz w:val="22"/>
        </w:rPr>
        <w:t>3. Term</w:t>
      </w:r>
    </w:p>
    <w:p>
      <w:r>
        <w:rPr>
          <w:b w:val="0"/>
          <w:sz w:val="20"/>
        </w:rPr>
        <w:t>The term of the Company shall commence on the filing date of the Articles of Organization and shall continue until dissolved in accordance with this Agreement or the Act.</w:t>
      </w:r>
    </w:p>
    <w:p/>
    <w:p>
      <w:r>
        <w:rPr>
          <w:b/>
          <w:sz w:val="22"/>
        </w:rPr>
        <w:t>4. Members and Capital Contributions</w:t>
      </w:r>
    </w:p>
    <w:p>
      <w:r>
        <w:rPr>
          <w:b w:val="0"/>
          <w:sz w:val="20"/>
        </w:rPr>
        <w:t>4.1 Initial Members. The persons executing this Agreement as Members are:</w:t>
      </w:r>
    </w:p>
    <w:p>
      <w:r>
        <w:rPr>
          <w:b w:val="0"/>
          <w:sz w:val="20"/>
        </w:rPr>
        <w:t>Name: ________________________________, Address: _____________________________________________</w:t>
      </w:r>
    </w:p>
    <w:p>
      <w:r>
        <w:rPr>
          <w:b w:val="0"/>
          <w:sz w:val="20"/>
        </w:rPr>
        <w:t>Name: ________________________________, Address: _____________________________________________</w:t>
      </w:r>
    </w:p>
    <w:p>
      <w:r>
        <w:rPr>
          <w:b w:val="0"/>
          <w:sz w:val="20"/>
        </w:rPr>
        <w:t>4.2 Capital Contributions. Each Member shall contribute the capital as agreed and set forth below:</w:t>
      </w:r>
    </w:p>
    <w:p>
      <w:r>
        <w:rPr>
          <w:b w:val="0"/>
          <w:sz w:val="20"/>
        </w:rPr>
        <w:t>Member Name: _____________________ Capital Contribution: $____________________</w:t>
      </w:r>
    </w:p>
    <w:p>
      <w:r>
        <w:rPr>
          <w:b w:val="0"/>
          <w:sz w:val="20"/>
        </w:rPr>
        <w:t>Member Name: _____________________ Capital Contribution: $____________________</w:t>
      </w:r>
    </w:p>
    <w:p>
      <w:r>
        <w:rPr>
          <w:b w:val="0"/>
          <w:sz w:val="20"/>
        </w:rPr>
        <w:t>4.3 Additional Contributions. No Member shall be required to make additional contributions without unanimous consent of all Members.</w:t>
      </w:r>
    </w:p>
    <w:p/>
    <w:p>
      <w:r>
        <w:rPr>
          <w:b/>
          <w:sz w:val="22"/>
        </w:rPr>
        <w:t>5. Ownership Interests and Units</w:t>
      </w:r>
    </w:p>
    <w:p>
      <w:r>
        <w:rPr>
          <w:b w:val="0"/>
          <w:sz w:val="20"/>
        </w:rPr>
        <w:t>5.1 Ownership Percentage. The ownership interest of each Member shall be in proportion to the Member’s capital contribution relative to the total capital of the Company.</w:t>
      </w:r>
    </w:p>
    <w:p>
      <w:r>
        <w:rPr>
          <w:b w:val="0"/>
          <w:sz w:val="20"/>
        </w:rPr>
        <w:t>5.2 Units. Ownership interests may be represented by units; the total number of units shall be determined by the Members and allocated accordingly.</w:t>
      </w:r>
    </w:p>
    <w:p/>
    <w:p>
      <w:r>
        <w:rPr>
          <w:b/>
          <w:sz w:val="22"/>
        </w:rPr>
        <w:t>6. Allocation of Profits and Losses</w:t>
      </w:r>
    </w:p>
    <w:p>
      <w:r>
        <w:rPr>
          <w:b w:val="0"/>
          <w:sz w:val="20"/>
        </w:rPr>
        <w:t>6.1 Profits and Losses. The Company’s profits and losses shall be allocated among the Members in proportion to their respective ownership interests.</w:t>
      </w:r>
    </w:p>
    <w:p>
      <w:r>
        <w:rPr>
          <w:b w:val="0"/>
          <w:sz w:val="20"/>
        </w:rPr>
        <w:t>6.2 Tax Treatment. The Company shall be treated as a partnership for federal and state income tax purposes unless otherwise elected.</w:t>
      </w:r>
    </w:p>
    <w:p/>
    <w:p>
      <w:r>
        <w:rPr>
          <w:b/>
          <w:sz w:val="22"/>
        </w:rPr>
        <w:t>7. Distributions</w:t>
      </w:r>
    </w:p>
    <w:p>
      <w:r>
        <w:rPr>
          <w:b w:val="0"/>
          <w:sz w:val="20"/>
        </w:rPr>
        <w:t>7.1 Distributions of Cash or Other Assets. Distributions shall be made to the Members at such times and in such amounts as determined by a majority of the Members.</w:t>
      </w:r>
    </w:p>
    <w:p>
      <w:r>
        <w:rPr>
          <w:b w:val="0"/>
          <w:sz w:val="20"/>
        </w:rPr>
        <w:t>7.2 Limitations. Distributions shall be made only if the Company is solvent and can pay its debts as they become due after making the distribution.</w:t>
      </w:r>
    </w:p>
    <w:p/>
    <w:p>
      <w:r>
        <w:rPr>
          <w:b/>
          <w:sz w:val="22"/>
        </w:rPr>
        <w:t>8. Management</w:t>
      </w:r>
    </w:p>
    <w:p>
      <w:r>
        <w:rPr>
          <w:b w:val="0"/>
          <w:sz w:val="20"/>
        </w:rPr>
        <w:t>8.1 Management by Members. The Company shall be managed by its Members. Each Member shall have voting rights proportional to their ownership interest unless otherwise provided.</w:t>
      </w:r>
    </w:p>
    <w:p>
      <w:r>
        <w:rPr>
          <w:b w:val="0"/>
          <w:sz w:val="20"/>
        </w:rPr>
        <w:t>8.2 Authority. No Member shall have authority to bind the Company except as provided in this Agreement or by majority vote of the Members.</w:t>
      </w:r>
    </w:p>
    <w:p>
      <w:r>
        <w:rPr>
          <w:b w:val="0"/>
          <w:sz w:val="20"/>
        </w:rPr>
        <w:t>8.3 Meetings. Meetings of the Members may be called by any Member upon reasonable notice to all other Members.</w:t>
      </w:r>
    </w:p>
    <w:p>
      <w:r>
        <w:rPr>
          <w:b w:val="0"/>
          <w:sz w:val="20"/>
        </w:rPr>
        <w:t>8.4 Voting. Decisions shall be made by a majority vote of Members unless a greater percentage is required by this Agreement or the Act.</w:t>
      </w:r>
    </w:p>
    <w:p/>
    <w:p>
      <w:r>
        <w:rPr>
          <w:b/>
          <w:sz w:val="22"/>
        </w:rPr>
        <w:t>9. Officers</w:t>
      </w:r>
    </w:p>
    <w:p>
      <w:r>
        <w:rPr>
          <w:b w:val="0"/>
          <w:sz w:val="20"/>
        </w:rPr>
        <w:t>9.1 Appointment. The Members may appoint officers to act on behalf of the Company, including but not limited to a President, Secretary, and Treasurer.</w:t>
      </w:r>
    </w:p>
    <w:p>
      <w:r>
        <w:rPr>
          <w:b w:val="0"/>
          <w:sz w:val="20"/>
        </w:rPr>
        <w:t>9.2 Authority and Duties. Officers shall have such authority and duties as delegated by the Members.</w:t>
      </w:r>
    </w:p>
    <w:p/>
    <w:p>
      <w:r>
        <w:rPr>
          <w:b/>
          <w:sz w:val="22"/>
        </w:rPr>
        <w:t>10. Records and Reports</w:t>
      </w:r>
    </w:p>
    <w:p>
      <w:r>
        <w:rPr>
          <w:b w:val="0"/>
          <w:sz w:val="20"/>
        </w:rPr>
        <w:t>10.1 Books and Records. The Company shall maintain complete and accurate books and records of the Company’s business and affairs.</w:t>
      </w:r>
    </w:p>
    <w:p>
      <w:r>
        <w:rPr>
          <w:b w:val="0"/>
          <w:sz w:val="20"/>
        </w:rPr>
        <w:t>10.2 Inspection Rights. Each Member shall have the right to inspect and copy Company records during reasonable business hours.</w:t>
      </w:r>
    </w:p>
    <w:p>
      <w:r>
        <w:rPr>
          <w:b w:val="0"/>
          <w:sz w:val="20"/>
        </w:rPr>
        <w:t>10.3 Tax Returns and Financial Statements. The Company shall prepare and provide annual financial statements and tax returns to the Members.</w:t>
      </w:r>
    </w:p>
    <w:p/>
    <w:p>
      <w:r>
        <w:rPr>
          <w:b/>
          <w:sz w:val="22"/>
        </w:rPr>
        <w:t>11. Transfer of Membership Interests</w:t>
      </w:r>
    </w:p>
    <w:p>
      <w:r>
        <w:rPr>
          <w:b w:val="0"/>
          <w:sz w:val="20"/>
        </w:rPr>
        <w:t>11.1 General Restrictions. No Member may transfer, assign, sell, pledge or otherwise dispose of all or any part of its Membership Interest without the prior written consent of the other Members as provided herein.</w:t>
      </w:r>
    </w:p>
    <w:p>
      <w:r>
        <w:rPr>
          <w:b w:val="0"/>
          <w:sz w:val="20"/>
        </w:rPr>
        <w:t>11.2 Right of First Refusal. Before any transfer to a third party, the transferring Member must offer the interest to the other Members on the same terms.</w:t>
      </w:r>
    </w:p>
    <w:p>
      <w:r>
        <w:rPr>
          <w:b w:val="0"/>
          <w:sz w:val="20"/>
        </w:rPr>
        <w:t>11.3 Permitted Transfers. Transfers to affiliates or family members may be permitted with consent of the Members.</w:t>
      </w:r>
    </w:p>
    <w:p/>
    <w:p>
      <w:r>
        <w:rPr>
          <w:b/>
          <w:sz w:val="22"/>
        </w:rPr>
        <w:t>12. Withdrawal and Dissociation</w:t>
      </w:r>
    </w:p>
    <w:p>
      <w:r>
        <w:rPr>
          <w:b w:val="0"/>
          <w:sz w:val="20"/>
        </w:rPr>
        <w:t>12.1 Voluntary Withdrawal. A Member may withdraw from the Company upon providing written notice to the other Members. Withdrawal shall not dissolve the Company.</w:t>
      </w:r>
    </w:p>
    <w:p>
      <w:r>
        <w:rPr>
          <w:b w:val="0"/>
          <w:sz w:val="20"/>
        </w:rPr>
        <w:t>12.2 Dissociation. A Member shall be dissociated upon death, bankruptcy, incompetency, or as determined under the Act.</w:t>
      </w:r>
    </w:p>
    <w:p/>
    <w:p>
      <w:r>
        <w:rPr>
          <w:b/>
          <w:sz w:val="22"/>
        </w:rPr>
        <w:t>13. Dissolution and Winding Up</w:t>
      </w:r>
    </w:p>
    <w:p>
      <w:r>
        <w:rPr>
          <w:b w:val="0"/>
          <w:sz w:val="20"/>
        </w:rPr>
        <w:t>13.1 Events of Dissolution. The Company shall be dissolved upon the occurrence of any event requiring dissolution under the Act or by unanimous consent of the Members.</w:t>
      </w:r>
    </w:p>
    <w:p>
      <w:r>
        <w:rPr>
          <w:b w:val="0"/>
          <w:sz w:val="20"/>
        </w:rPr>
        <w:t>13.2 Winding Up. Upon dissolution, the Company shall wind up its affairs, pay or provide for liabilities, and distribute remaining assets to the Members in accordance with their ownership interests.</w:t>
      </w:r>
    </w:p>
    <w:p/>
    <w:p>
      <w:r>
        <w:rPr>
          <w:b/>
          <w:sz w:val="22"/>
        </w:rPr>
        <w:t>14. Indemnification</w:t>
      </w:r>
    </w:p>
    <w:p>
      <w:r>
        <w:rPr>
          <w:b w:val="0"/>
          <w:sz w:val="20"/>
        </w:rPr>
        <w:t>The Company shall indemnify and hold harmless the Members, Managers, and Officers to the fullest extent permitted by law against any liabilities incurred by reason of their service to the Company.</w:t>
      </w:r>
    </w:p>
    <w:p/>
    <w:p>
      <w:r>
        <w:rPr>
          <w:b/>
          <w:sz w:val="22"/>
        </w:rPr>
        <w:t>15. Amendments</w:t>
      </w:r>
    </w:p>
    <w:p>
      <w:r>
        <w:rPr>
          <w:b w:val="0"/>
          <w:sz w:val="20"/>
        </w:rPr>
        <w:t>This Agreement may be amended only by written consent of Members holding at least a majority of the ownership interests, or as otherwise required by law or this Agreement.</w:t>
      </w:r>
    </w:p>
    <w:p/>
    <w:p>
      <w:r>
        <w:rPr>
          <w:b/>
          <w:sz w:val="22"/>
        </w:rPr>
        <w:t>16. Miscellaneous</w:t>
      </w:r>
    </w:p>
    <w:p>
      <w:r>
        <w:rPr>
          <w:b w:val="0"/>
          <w:sz w:val="20"/>
        </w:rPr>
        <w:t>16.1 Governing Law. This Agreement shall be governed by and construed in accordance with the laws of the State of Oregon.</w:t>
      </w:r>
    </w:p>
    <w:p>
      <w:r>
        <w:rPr>
          <w:b w:val="0"/>
          <w:sz w:val="20"/>
        </w:rPr>
        <w:t>16.2 Severability. If any provision of this Agreement is held invalid, the remainder shall continue in full force and effect.</w:t>
      </w:r>
    </w:p>
    <w:p>
      <w:r>
        <w:rPr>
          <w:b w:val="0"/>
          <w:sz w:val="20"/>
        </w:rPr>
        <w:t>16.3 Entire Agreement. This Agreement contains the entire understanding among the Members relating to the Company and supersedes all prior agreements.</w:t>
      </w:r>
    </w:p>
    <w:p>
      <w:r>
        <w:rPr>
          <w:b w:val="0"/>
          <w:sz w:val="20"/>
        </w:rPr>
        <w:t>16.4 Waiver. The failure to enforce any provision of this Agreement shall not constitute a waiver of that provision or any other provision.</w:t>
      </w:r>
    </w:p>
    <w:p/>
    <w:p/>
    <w:p>
      <w:r>
        <w:rPr>
          <w:b w:val="0"/>
          <w:sz w:val="20"/>
        </w:rPr>
        <w:t>IN WITNESS WHEREOF, the undersigned Members have executed this Operating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 1</w:t>
            </w:r>
          </w:p>
        </w:tc>
        <w:tc>
          <w:tcPr>
            <w:tcW w:type="dxa" w:w="4986"/>
            <w:tcBorders>
              <w:top w:val="nil"/>
              <w:left w:val="nil"/>
              <w:bottom w:val="nil"/>
              <w:right w:val="nil"/>
              <w:insideH w:val="nil"/>
              <w:insideV w:val="nil"/>
            </w:tcBorders>
          </w:tcPr>
          <w:p>
            <w:pPr>
              <w:jc w:val="center"/>
            </w:pPr>
            <w:r>
              <w:t>MEMBER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https://agreement247-us.com/oregon-llc-operating-agreement/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oregon-llc-operating-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