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TERMS AGREEMENT</w:t>
      </w:r>
    </w:p>
    <w:p/>
    <w:p>
      <w:r>
        <w:rPr>
          <w:b/>
          <w:sz w:val="20"/>
        </w:rPr>
        <w:t>This Payment Terms Agreement ("Agreement") is entered into by and between the following parties:</w:t>
      </w:r>
    </w:p>
    <w:p/>
    <w:p>
      <w:r>
        <w:rPr>
          <w:b/>
          <w:sz w:val="20"/>
        </w:rPr>
        <w:t>Seller:</w:t>
      </w:r>
    </w:p>
    <w:p>
      <w:r>
        <w:rPr>
          <w:b w:val="0"/>
          <w:sz w:val="20"/>
        </w:rPr>
        <w:t>Full Legal Name: _____________________________________________________</w:t>
      </w:r>
    </w:p>
    <w:p>
      <w:r>
        <w:rPr>
          <w:b w:val="0"/>
          <w:sz w:val="20"/>
        </w:rPr>
        <w:t>Business Name (if applicable): 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Buyer:</w:t>
      </w:r>
    </w:p>
    <w:p>
      <w:r>
        <w:rPr>
          <w:b w:val="0"/>
          <w:sz w:val="20"/>
        </w:rPr>
        <w:t>Full Legal Name: _____________________________________________________</w:t>
      </w:r>
    </w:p>
    <w:p>
      <w:r>
        <w:rPr>
          <w:b w:val="0"/>
          <w:sz w:val="20"/>
        </w:rPr>
        <w:t>Business Name (if applicable): 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0"/>
        </w:rPr>
        <w:t>RECITALS</w:t>
      </w:r>
    </w:p>
    <w:p>
      <w:r>
        <w:rPr>
          <w:b w:val="0"/>
          <w:sz w:val="20"/>
        </w:rPr>
        <w:t>WHEREAS, Seller agrees to sell goods and/or services to Buyer pursuant to the terms and conditions set forth herein;</w:t>
      </w:r>
    </w:p>
    <w:p>
      <w:r>
        <w:rPr>
          <w:b w:val="0"/>
          <w:sz w:val="20"/>
        </w:rPr>
        <w:t>WHEREAS, Buyer agrees to pay Seller for such goods and/or services under the payment terms specified in this Agreement;</w:t>
      </w:r>
    </w:p>
    <w:p>
      <w:r>
        <w:rPr>
          <w:b w:val="0"/>
          <w:sz w:val="20"/>
        </w:rPr>
        <w:t>NOW, THEREFORE, in consideration of the mutual covenants and promises contained herein, the parties agree as follows:</w:t>
      </w:r>
    </w:p>
    <w:p/>
    <w:p>
      <w:r>
        <w:rPr>
          <w:b/>
          <w:sz w:val="20"/>
        </w:rPr>
        <w:t>1. DEFINITIONS</w:t>
      </w:r>
    </w:p>
    <w:p>
      <w:r>
        <w:rPr>
          <w:b w:val="0"/>
          <w:sz w:val="20"/>
        </w:rPr>
        <w:t>1.1 "Agreement" means this Payment Terms Agreement including all exhibits and attachments.</w:t>
      </w:r>
    </w:p>
    <w:p>
      <w:r>
        <w:rPr>
          <w:b w:val="0"/>
          <w:sz w:val="20"/>
        </w:rPr>
        <w:t>1.2 "Goods" means the products, materials, or items sold by Seller to Buyer as described in any Purchase Order.</w:t>
      </w:r>
    </w:p>
    <w:p>
      <w:r>
        <w:rPr>
          <w:b w:val="0"/>
          <w:sz w:val="20"/>
        </w:rPr>
        <w:t>1.3 "Services" means the work or labor Seller agrees to perform as described in any Statement of Work or Purchase Order.</w:t>
      </w:r>
    </w:p>
    <w:p>
      <w:r>
        <w:rPr>
          <w:b w:val="0"/>
          <w:sz w:val="20"/>
        </w:rPr>
        <w:t>1.4 "Invoice" means the Seller’s billing document specifying amounts due for Goods and/or Services provided.</w:t>
      </w:r>
    </w:p>
    <w:p/>
    <w:p>
      <w:r>
        <w:rPr>
          <w:b/>
          <w:sz w:val="20"/>
        </w:rPr>
        <w:t>2. PAYMENT TERMS</w:t>
      </w:r>
    </w:p>
    <w:p>
      <w:r>
        <w:rPr>
          <w:b w:val="0"/>
          <w:sz w:val="20"/>
        </w:rPr>
        <w:t>2.1 Payment Amount: Buyer shall pay Seller the total amount due as specified in each Invoice or Purchase Order.</w:t>
      </w:r>
    </w:p>
    <w:p>
      <w:r>
        <w:rPr>
          <w:b w:val="0"/>
          <w:sz w:val="20"/>
        </w:rPr>
        <w:t>2.2 Payment Due Date: Payment shall be made within _____ days from the date of the Invoice unless otherwise agreed in writing.</w:t>
      </w:r>
    </w:p>
    <w:p>
      <w:r>
        <w:rPr>
          <w:b w:val="0"/>
          <w:sz w:val="20"/>
        </w:rPr>
        <w:t>2.3 Payment Method: Payment shall be made by _______________________________ (e.g., check, wire transfer, credit card).</w:t>
      </w:r>
    </w:p>
    <w:p>
      <w:r>
        <w:rPr>
          <w:b w:val="0"/>
          <w:sz w:val="20"/>
        </w:rPr>
        <w:t>2.4 Late Payment: Any payment not received by the due date shall accrue interest at a rate of _____% per month or the maximum allowed by law, whichever is less.</w:t>
      </w:r>
    </w:p>
    <w:p>
      <w:r>
        <w:rPr>
          <w:b w:val="0"/>
          <w:sz w:val="20"/>
        </w:rPr>
        <w:t>2.5 Taxes: Buyer shall be responsible for all applicable taxes, duties, or fees related to the purchase, excluding Seller’s income taxes.</w:t>
      </w:r>
    </w:p>
    <w:p/>
    <w:p>
      <w:r>
        <w:rPr>
          <w:b/>
          <w:sz w:val="20"/>
        </w:rPr>
        <w:t>3. INVOICES AND RECORDS</w:t>
      </w:r>
    </w:p>
    <w:p>
      <w:r>
        <w:rPr>
          <w:b w:val="0"/>
          <w:sz w:val="20"/>
        </w:rPr>
        <w:t>3.1 Invoice Delivery: Seller shall deliver Invoices to Buyer at the address or electronic mail provided above.</w:t>
      </w:r>
    </w:p>
    <w:p>
      <w:r>
        <w:rPr>
          <w:b w:val="0"/>
          <w:sz w:val="20"/>
        </w:rPr>
        <w:t>3.2 Invoice Disputes: Buyer must notify Seller in writing of any disputed amounts within _____ days of receipt of the Invoice.</w:t>
      </w:r>
    </w:p>
    <w:p>
      <w:r>
        <w:rPr>
          <w:b w:val="0"/>
          <w:sz w:val="20"/>
        </w:rPr>
        <w:t>3.3 Records: Both parties shall maintain accurate records of all transactions and payments related to this Agreement for a period of at least _____ years.</w:t>
      </w:r>
    </w:p>
    <w:p/>
    <w:p>
      <w:r>
        <w:rPr>
          <w:b/>
          <w:sz w:val="20"/>
        </w:rPr>
        <w:t>4. DEFAULT AND REMEDIES</w:t>
      </w:r>
    </w:p>
    <w:p>
      <w:r>
        <w:rPr>
          <w:b w:val="0"/>
          <w:sz w:val="20"/>
        </w:rPr>
        <w:t>4.1 Event of Default: The following shall constitute an event of default by Buyer: failure to pay any amount when due; insolvency; or breach of any material term of this Agreement.</w:t>
      </w:r>
    </w:p>
    <w:p>
      <w:r>
        <w:rPr>
          <w:b w:val="0"/>
          <w:sz w:val="20"/>
        </w:rPr>
        <w:t>4.2 Seller’s Remedies: Upon default, Seller may suspend deliveries, terminate this Agreement, and seek all available legal and equitable remedies.</w:t>
      </w:r>
    </w:p>
    <w:p>
      <w:r>
        <w:rPr>
          <w:b w:val="0"/>
          <w:sz w:val="20"/>
        </w:rPr>
        <w:t>4.3 Attorney’s Fees and Costs: In the event of any litigation or arbitration arising out of this Agreement, the prevailing party shall be entitled to recover reasonable attorney’s fees and costs.</w:t>
      </w:r>
    </w:p>
    <w:p/>
    <w:p>
      <w:r>
        <w:rPr>
          <w:b/>
          <w:sz w:val="20"/>
        </w:rPr>
        <w:t>5. CONFIDENTIALITY</w:t>
      </w:r>
    </w:p>
    <w:p>
      <w:r>
        <w:rPr>
          <w:b w:val="0"/>
          <w:sz w:val="20"/>
        </w:rPr>
        <w:t>Each party agrees to keep confidential any proprietary or confidential information disclosed during the term of this Agreement and not to disclose such information to any third party without prior written consent, except as required by law.</w:t>
      </w:r>
    </w:p>
    <w:p/>
    <w:p>
      <w:r>
        <w:rPr>
          <w:b/>
          <w:sz w:val="20"/>
        </w:rPr>
        <w:t>6. GOVERNING LAW AND JURISDICTION</w:t>
      </w:r>
    </w:p>
    <w:p>
      <w:r>
        <w:rPr>
          <w:b w:val="0"/>
          <w:sz w:val="20"/>
        </w:rPr>
        <w:t>This Agreement shall be governed by and construed in accordance with the laws of the State of __________________, United States of America, without regard to its conflict of laws principles.</w:t>
      </w:r>
    </w:p>
    <w:p>
      <w:r>
        <w:rPr>
          <w:b w:val="0"/>
          <w:sz w:val="20"/>
        </w:rPr>
        <w:t>Any dispute arising out of or relating to this Agreement shall be subject to the exclusive jurisdiction of the state and federal courts located within __________________ County, State of __________________.</w:t>
      </w:r>
    </w:p>
    <w:p/>
    <w:p>
      <w:r>
        <w:rPr>
          <w:b/>
          <w:sz w:val="20"/>
        </w:rPr>
        <w:t>7. LIMITATION OF LIABILITY</w:t>
      </w:r>
    </w:p>
    <w:p>
      <w:r>
        <w:rPr>
          <w:b w:val="0"/>
          <w:sz w:val="20"/>
        </w:rPr>
        <w:t>Neither party shall be liable for any indirect, incidental, consequential, special, or punitive damages arising out of or related to this Agreement, regardless of the form of action, even if advised of the possibility of such damages.</w:t>
      </w:r>
    </w:p>
    <w:p>
      <w:r>
        <w:rPr>
          <w:b w:val="0"/>
          <w:sz w:val="20"/>
        </w:rPr>
        <w:t>The aggregate liability of either party under this Agreement shall not exceed the total amount paid or payable by Buyer to Seller hereunder.</w:t>
      </w:r>
    </w:p>
    <w:p/>
    <w:p>
      <w:r>
        <w:rPr>
          <w:b/>
          <w:sz w:val="20"/>
        </w:rPr>
        <w:t>8. FORCE MAJEURE</w:t>
      </w:r>
    </w:p>
    <w:p>
      <w:r>
        <w:rPr>
          <w:b w:val="0"/>
          <w:sz w:val="20"/>
        </w:rPr>
        <w:t>Neither party shall be liable for any delay or failure to perform its obligations under this Agreement due to causes beyond its reasonable control, including but not limited to acts of God, natural disasters, wars, terrorism, labor disputes, governmental actions, or delays in transportation.</w:t>
      </w:r>
    </w:p>
    <w:p/>
    <w:p>
      <w:r>
        <w:rPr>
          <w:b/>
          <w:sz w:val="20"/>
        </w:rPr>
        <w:t>9. AMENDMENTS</w:t>
      </w:r>
    </w:p>
    <w:p>
      <w:r>
        <w:rPr>
          <w:b w:val="0"/>
          <w:sz w:val="20"/>
        </w:rPr>
        <w:t>Any amendment or modification of this Agreement must be in writing and signed by authorized representatives of both parties.</w:t>
      </w:r>
    </w:p>
    <w:p/>
    <w:p>
      <w:r>
        <w:rPr>
          <w:b/>
          <w:sz w:val="20"/>
        </w:rPr>
        <w:t>10. ENTIRE AGREEMENT</w:t>
      </w:r>
    </w:p>
    <w:p>
      <w:r>
        <w:rPr>
          <w:b w:val="0"/>
          <w:sz w:val="20"/>
        </w:rPr>
        <w:t>This Agreement constitutes the entire agreement between the parties regarding the subject matter hereof and supersedes all prior or contemporaneous oral or written agreements, understandings, or communications.</w:t>
      </w:r>
    </w:p>
    <w:p/>
    <w:p>
      <w:r>
        <w:rPr>
          <w:b/>
          <w:sz w:val="20"/>
        </w:rPr>
        <w:t>11. SEVERABILITY</w:t>
      </w:r>
    </w:p>
    <w:p>
      <w:r>
        <w:rPr>
          <w:b w:val="0"/>
          <w:sz w:val="20"/>
        </w:rPr>
        <w:t>If any provision of this Agreement is found to be invalid, illegal, or unenforceable, the remaining provisions shall continue in full force and effect.</w:t>
      </w:r>
    </w:p>
    <w:p/>
    <w:p>
      <w:r>
        <w:rPr>
          <w:b/>
          <w:sz w:val="20"/>
        </w:rPr>
        <w:t>12. NOTICES</w:t>
      </w:r>
    </w:p>
    <w:p>
      <w:r>
        <w:rPr>
          <w:b w:val="0"/>
          <w:sz w:val="20"/>
        </w:rPr>
        <w:t>All notices or communications required or permitted under this Agreement shall be in writing and sent to the respective addresses set forth herein by certified mail, courier, or electronic mail with confirmation of receipt.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w:t>
            </w:r>
          </w:p>
        </w:tc>
        <w:tc>
          <w:tcPr>
            <w:tcW w:type="dxa" w:w="4986"/>
            <w:tcBorders>
              <w:top w:val="nil"/>
              <w:left w:val="nil"/>
              <w:bottom w:val="nil"/>
              <w:right w:val="nil"/>
              <w:insideH w:val="nil"/>
              <w:insideV w:val="nil"/>
            </w:tcBorders>
          </w:tcPr>
          <w:p>
            <w:pPr>
              <w:jc w:val="center"/>
            </w:pPr>
            <w:r>
              <w:t>Name &amp; Title: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https://agreement247-us.com/payment-terms-agreement/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payment-terms-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