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RENT A ROOM AGREEMENT</w:t>
      </w:r>
    </w:p>
    <w:p/>
    <w:p>
      <w:r>
        <w:rPr>
          <w:b/>
          <w:sz w:val="20"/>
        </w:rPr>
        <w:t>This Rent A Room Agreement ("Agreement") is made between the following parties:</w:t>
      </w:r>
    </w:p>
    <w:p/>
    <w:p>
      <w:r>
        <w:rPr>
          <w:b/>
          <w:sz w:val="20"/>
        </w:rPr>
        <w:t>Landlord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Tenant Information:</w:t>
      </w:r>
    </w:p>
    <w:p>
      <w:r>
        <w:rPr>
          <w:b w:val="0"/>
          <w:sz w:val="20"/>
        </w:rPr>
        <w:t>Full Name: ____________________________________________________________</w:t>
      </w:r>
    </w:p>
    <w:p>
      <w:r>
        <w:rPr>
          <w:b w:val="0"/>
          <w:sz w:val="20"/>
        </w:rPr>
        <w:t>Current Address: 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Premises:</w:t>
      </w:r>
    </w:p>
    <w:p>
      <w:r>
        <w:rPr>
          <w:b w:val="0"/>
          <w:sz w:val="20"/>
        </w:rPr>
        <w:t>The Landlord hereby agrees to rent to the Tenant a room located at:</w:t>
      </w:r>
    </w:p>
    <w:p>
      <w:r>
        <w:rPr>
          <w:b w:val="0"/>
          <w:sz w:val="20"/>
        </w:rPr>
        <w:t>______________________________________________________________</w:t>
      </w:r>
    </w:p>
    <w:p>
      <w:r>
        <w:rPr>
          <w:b w:val="0"/>
          <w:sz w:val="20"/>
        </w:rPr>
        <w:t>The Tenant shall have the non-exclusive right to use the common areas, including but not limited to the kitchen, bathroom, living room, and laundry facilities, shared with the Landlord or other occupants.</w:t>
      </w:r>
    </w:p>
    <w:p/>
    <w:p>
      <w:r>
        <w:rPr>
          <w:b/>
          <w:sz w:val="20"/>
        </w:rPr>
        <w:t>Term of Lease:</w:t>
      </w:r>
    </w:p>
    <w:p>
      <w:r>
        <w:rPr>
          <w:b w:val="0"/>
          <w:sz w:val="20"/>
        </w:rPr>
        <w:t>The tenancy shall commence on the date of signing this Agreement and continue on a month-to-month basis until terminated by either party in accordance with this Agreement.</w:t>
      </w:r>
    </w:p>
    <w:p/>
    <w:p>
      <w:r>
        <w:rPr>
          <w:b/>
          <w:sz w:val="20"/>
        </w:rPr>
        <w:t>Rent:</w:t>
      </w:r>
    </w:p>
    <w:p>
      <w:r>
        <w:rPr>
          <w:b w:val="0"/>
          <w:sz w:val="20"/>
        </w:rPr>
        <w:t>The Tenant agrees to pay the Landlord the amount of $_____________ per month as rent.</w:t>
      </w:r>
    </w:p>
    <w:p>
      <w:r>
        <w:rPr>
          <w:b w:val="0"/>
          <w:sz w:val="20"/>
        </w:rPr>
        <w:t>Rent is due on the _____ day of each month and shall be paid by check, cash, electronic transfer or other agreed method.</w:t>
      </w:r>
    </w:p>
    <w:p>
      <w:r>
        <w:rPr>
          <w:b w:val="0"/>
          <w:sz w:val="20"/>
        </w:rPr>
        <w:t>Late payments shall incur a late fee of $____________ after a grace period of _____ days.</w:t>
      </w:r>
    </w:p>
    <w:p/>
    <w:p>
      <w:r>
        <w:rPr>
          <w:b/>
          <w:sz w:val="20"/>
        </w:rPr>
        <w:t>Security Deposit:</w:t>
      </w:r>
    </w:p>
    <w:p>
      <w:r>
        <w:rPr>
          <w:b w:val="0"/>
          <w:sz w:val="20"/>
        </w:rPr>
        <w:t>The Tenant shall pay a security deposit of $____________ prior to occupancy.</w:t>
      </w:r>
    </w:p>
    <w:p>
      <w:r>
        <w:rPr>
          <w:b w:val="0"/>
          <w:sz w:val="20"/>
        </w:rPr>
        <w:t>The security deposit will be held to cover damages beyond normal wear and tear, unpaid rent, and other breaches of this Agreement.</w:t>
      </w:r>
    </w:p>
    <w:p>
      <w:r>
        <w:rPr>
          <w:b w:val="0"/>
          <w:sz w:val="20"/>
        </w:rPr>
        <w:t>The Landlord will return the security deposit within 30 days after the Tenant vacates, less any lawful deductions with an itemized statement.</w:t>
      </w:r>
    </w:p>
    <w:p/>
    <w:p>
      <w:r>
        <w:rPr>
          <w:b/>
          <w:sz w:val="20"/>
        </w:rPr>
        <w:t>Utilities:</w:t>
      </w:r>
    </w:p>
    <w:p>
      <w:r>
        <w:rPr>
          <w:b w:val="0"/>
          <w:sz w:val="20"/>
        </w:rPr>
        <w:t>The following utilities are included in the rent: ________________________________________________</w:t>
      </w:r>
    </w:p>
    <w:p>
      <w:r>
        <w:rPr>
          <w:b w:val="0"/>
          <w:sz w:val="20"/>
        </w:rPr>
        <w:t>The Tenant shall be responsible for payment of the following utilities: __________________________________</w:t>
      </w:r>
    </w:p>
    <w:p/>
    <w:p>
      <w:r>
        <w:rPr>
          <w:b/>
          <w:sz w:val="20"/>
        </w:rPr>
        <w:t>Use of Premises:</w:t>
      </w:r>
    </w:p>
    <w:p>
      <w:r>
        <w:rPr>
          <w:b w:val="0"/>
          <w:sz w:val="20"/>
        </w:rPr>
        <w:t>The Tenant shall use the room and shared areas solely for residential purposes and shall not sublease or assign this Agreement without the prior written consent of the Landlord.</w:t>
      </w:r>
    </w:p>
    <w:p>
      <w:r>
        <w:rPr>
          <w:b w:val="0"/>
          <w:sz w:val="20"/>
        </w:rPr>
        <w:t>The Tenant agrees to comply with all house rules attached hereto and any reasonable rules established by the Landlord.</w:t>
      </w:r>
    </w:p>
    <w:p/>
    <w:p>
      <w:r>
        <w:rPr>
          <w:b/>
          <w:sz w:val="20"/>
        </w:rPr>
        <w:t>Maintenance and Repairs:</w:t>
      </w:r>
    </w:p>
    <w:p>
      <w:r>
        <w:rPr>
          <w:b w:val="0"/>
          <w:sz w:val="20"/>
        </w:rPr>
        <w:t>The Tenant shall keep the rented room and shared areas clean and in good condition.</w:t>
      </w:r>
    </w:p>
    <w:p>
      <w:r>
        <w:rPr>
          <w:b w:val="0"/>
          <w:sz w:val="20"/>
        </w:rPr>
        <w:t>The Tenant shall promptly notify the Landlord of any damage or needed repairs.</w:t>
      </w:r>
    </w:p>
    <w:p>
      <w:r>
        <w:rPr>
          <w:b w:val="0"/>
          <w:sz w:val="20"/>
        </w:rPr>
        <w:t>The Landlord shall be responsible for repairs not caused by Tenant’s negligence or misuse.</w:t>
      </w:r>
    </w:p>
    <w:p/>
    <w:p>
      <w:r>
        <w:rPr>
          <w:b/>
          <w:sz w:val="20"/>
        </w:rPr>
        <w:t>Entry by Landlord:</w:t>
      </w:r>
    </w:p>
    <w:p>
      <w:r>
        <w:rPr>
          <w:b w:val="0"/>
          <w:sz w:val="20"/>
        </w:rPr>
        <w:t>The Landlord may enter the rented premises upon reasonable notice (at least 24 hours) to inspect, make necessary repairs, or show the room to prospective tenants or buyers, except in emergencies where no notice is required.</w:t>
      </w:r>
    </w:p>
    <w:p/>
    <w:p>
      <w:r>
        <w:rPr>
          <w:b/>
          <w:sz w:val="20"/>
        </w:rPr>
        <w:t>Rules and Regulations:</w:t>
      </w:r>
    </w:p>
    <w:p>
      <w:r>
        <w:rPr>
          <w:b w:val="0"/>
          <w:sz w:val="20"/>
        </w:rPr>
        <w:t>The Tenant agrees to abide by the following rules:</w:t>
      </w:r>
    </w:p>
    <w:p>
      <w:r>
        <w:rPr>
          <w:b w:val="0"/>
          <w:sz w:val="20"/>
        </w:rPr>
        <w:t>- No smoking inside the premises.</w:t>
      </w:r>
    </w:p>
    <w:p>
      <w:r>
        <w:rPr>
          <w:b w:val="0"/>
          <w:sz w:val="20"/>
        </w:rPr>
        <w:t>- No illegal activities on the premises.</w:t>
      </w:r>
    </w:p>
    <w:p>
      <w:r>
        <w:rPr>
          <w:b w:val="0"/>
          <w:sz w:val="20"/>
        </w:rPr>
        <w:t>- Noise must be kept at a reasonable level to not disturb other occupants or neighbors.</w:t>
      </w:r>
    </w:p>
    <w:p>
      <w:r>
        <w:rPr>
          <w:b w:val="0"/>
          <w:sz w:val="20"/>
        </w:rPr>
        <w:t>- Pets are not allowed without prior written consent of the Landlord.</w:t>
      </w:r>
    </w:p>
    <w:p/>
    <w:p>
      <w:r>
        <w:rPr>
          <w:b/>
          <w:sz w:val="20"/>
        </w:rPr>
        <w:t>Termination:</w:t>
      </w:r>
    </w:p>
    <w:p>
      <w:r>
        <w:rPr>
          <w:b w:val="0"/>
          <w:sz w:val="20"/>
        </w:rPr>
        <w:t>Either party may terminate this Agreement by providing at least 30 days written notice prior to the intended termination date.</w:t>
      </w:r>
    </w:p>
    <w:p>
      <w:r>
        <w:rPr>
          <w:b w:val="0"/>
          <w:sz w:val="20"/>
        </w:rPr>
        <w:t>The Landlord may terminate this Agreement immediately for cause, including but not limited to non-payment of rent, breach of terms, or illegal activities.</w:t>
      </w:r>
    </w:p>
    <w:p/>
    <w:p>
      <w:r>
        <w:rPr>
          <w:b/>
          <w:sz w:val="20"/>
        </w:rPr>
        <w:t>Hold Harmless and Indemnification:</w:t>
      </w:r>
    </w:p>
    <w:p>
      <w:r>
        <w:rPr>
          <w:b w:val="0"/>
          <w:sz w:val="20"/>
        </w:rPr>
        <w:t>The Tenant agrees to indemnify and hold harmless the Landlord from any claims, damages, or liabilities arising from Tenant’s use of the premises, except those resulting from the Landlord’s negligence or willful misconduct.</w:t>
      </w:r>
    </w:p>
    <w:p/>
    <w:p>
      <w:r>
        <w:rPr>
          <w:b/>
          <w:sz w:val="20"/>
        </w:rPr>
        <w:t>Governing Law:</w:t>
      </w:r>
    </w:p>
    <w:p>
      <w:r>
        <w:rPr>
          <w:b w:val="0"/>
          <w:sz w:val="20"/>
        </w:rPr>
        <w:t>This Agreement shall be governed by and construed in accordance with the laws of the State where the premises are located.</w:t>
      </w:r>
    </w:p>
    <w:p/>
    <w:p>
      <w:r>
        <w:rPr>
          <w:b/>
          <w:sz w:val="20"/>
        </w:rPr>
        <w:t>Entire Agreement:</w:t>
      </w:r>
    </w:p>
    <w:p>
      <w:r>
        <w:rPr>
          <w:b w:val="0"/>
          <w:sz w:val="20"/>
        </w:rPr>
        <w:t>This Agreement constitutes the entire agreement between the parties and supersedes all prior understandings, representations, or agreements, whether oral or written.</w:t>
      </w:r>
    </w:p>
    <w:p/>
    <w:p>
      <w:r>
        <w:rPr>
          <w:b/>
          <w:sz w:val="20"/>
        </w:rPr>
        <w:t>Amendments:</w:t>
      </w:r>
    </w:p>
    <w:p>
      <w:r>
        <w:rPr>
          <w:b w:val="0"/>
          <w:sz w:val="20"/>
        </w:rPr>
        <w:t>Any modifications to this Agreement must be made in writing and signed by both parties.</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https://agreement247-us.com/rent-a-room-agreement/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rent-a-room-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