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RENTAL EQUIPMENT AGREEMENT</w:t>
      </w:r>
    </w:p>
    <w:p/>
    <w:p>
      <w:r>
        <w:rPr>
          <w:b/>
          <w:sz w:val="20"/>
        </w:rPr>
        <w:t>Lessor Information:</w:t>
      </w:r>
    </w:p>
    <w:p>
      <w:r>
        <w:rPr>
          <w:b w:val="0"/>
          <w:sz w:val="20"/>
        </w:rPr>
        <w:t>Full Name / Company Name: ____________________________________________________</w:t>
      </w:r>
    </w:p>
    <w:p>
      <w:r>
        <w:rPr>
          <w:b w:val="0"/>
          <w:sz w:val="20"/>
        </w:rPr>
        <w:t>Address: ___________________________________________________________________</w:t>
      </w:r>
    </w:p>
    <w:p>
      <w:r>
        <w:rPr>
          <w:b w:val="0"/>
          <w:sz w:val="20"/>
        </w:rPr>
        <w:t>Phone: _____________________________________________________________________</w:t>
      </w:r>
    </w:p>
    <w:p>
      <w:r>
        <w:rPr>
          <w:b w:val="0"/>
          <w:sz w:val="20"/>
        </w:rPr>
        <w:t>Email: _____________________________________________________________________</w:t>
      </w:r>
    </w:p>
    <w:p/>
    <w:p>
      <w:r>
        <w:rPr>
          <w:b/>
          <w:sz w:val="20"/>
        </w:rPr>
        <w:t>Lessee Information:</w:t>
      </w:r>
    </w:p>
    <w:p>
      <w:r>
        <w:rPr>
          <w:b w:val="0"/>
          <w:sz w:val="20"/>
        </w:rPr>
        <w:t>Full Name / Company Name: ____________________________________________________</w:t>
      </w:r>
    </w:p>
    <w:p>
      <w:r>
        <w:rPr>
          <w:b w:val="0"/>
          <w:sz w:val="20"/>
        </w:rPr>
        <w:t>Address: ___________________________________________________________________</w:t>
      </w:r>
    </w:p>
    <w:p>
      <w:r>
        <w:rPr>
          <w:b w:val="0"/>
          <w:sz w:val="20"/>
        </w:rPr>
        <w:t>Phone: _____________________________________________________________________</w:t>
      </w:r>
    </w:p>
    <w:p>
      <w:r>
        <w:rPr>
          <w:b w:val="0"/>
          <w:sz w:val="20"/>
        </w:rPr>
        <w:t>Email: _____________________________________________________________________</w:t>
      </w:r>
    </w:p>
    <w:p/>
    <w:p>
      <w:r>
        <w:rPr>
          <w:b/>
          <w:sz w:val="20"/>
        </w:rPr>
        <w:t>Equipment Description:</w:t>
      </w:r>
    </w:p>
    <w:p>
      <w:r>
        <w:rPr>
          <w:b w:val="0"/>
          <w:sz w:val="20"/>
        </w:rPr>
        <w:t>Type / Model: _______________________________________________________________</w:t>
      </w:r>
    </w:p>
    <w:p>
      <w:r>
        <w:rPr>
          <w:b w:val="0"/>
          <w:sz w:val="20"/>
        </w:rPr>
        <w:t>Manufacturer: _______________________________________________________________</w:t>
      </w:r>
    </w:p>
    <w:p>
      <w:r>
        <w:rPr>
          <w:b w:val="0"/>
          <w:sz w:val="20"/>
        </w:rPr>
        <w:t>Serial Number / Identification No.: __________________________________________</w:t>
      </w:r>
    </w:p>
    <w:p>
      <w:r>
        <w:rPr>
          <w:b w:val="0"/>
          <w:sz w:val="20"/>
        </w:rPr>
        <w:t>Condition at Rental: _________________________________________________________</w:t>
      </w:r>
    </w:p>
    <w:p>
      <w:r>
        <w:rPr>
          <w:b w:val="0"/>
          <w:sz w:val="20"/>
        </w:rPr>
        <w:t>Accessories Included: _________________________________________________________</w:t>
      </w:r>
    </w:p>
    <w:p/>
    <w:p>
      <w:r>
        <w:rPr>
          <w:b/>
          <w:sz w:val="20"/>
        </w:rPr>
        <w:t>Rental Term:</w:t>
      </w:r>
    </w:p>
    <w:p>
      <w:r>
        <w:rPr>
          <w:b w:val="0"/>
          <w:sz w:val="20"/>
        </w:rPr>
        <w:t>Commencement Date: __________________________________________________________</w:t>
      </w:r>
    </w:p>
    <w:p>
      <w:r>
        <w:rPr>
          <w:b w:val="0"/>
          <w:sz w:val="20"/>
        </w:rPr>
        <w:t>Termination Date: ___________________________________________________________</w:t>
      </w:r>
    </w:p>
    <w:p>
      <w:r>
        <w:rPr>
          <w:b w:val="0"/>
          <w:sz w:val="20"/>
        </w:rPr>
        <w:t>Possession Delivery Date: ____________________________________________________</w:t>
      </w:r>
    </w:p>
    <w:p>
      <w:r>
        <w:rPr>
          <w:b w:val="0"/>
          <w:sz w:val="20"/>
        </w:rPr>
        <w:t>Return Date: _________________________________________________________________</w:t>
      </w:r>
    </w:p>
    <w:p/>
    <w:p>
      <w:r>
        <w:rPr>
          <w:b/>
          <w:sz w:val="20"/>
        </w:rPr>
        <w:t>Rental Payments and Fees:</w:t>
      </w:r>
    </w:p>
    <w:p>
      <w:r>
        <w:rPr>
          <w:b w:val="0"/>
          <w:sz w:val="20"/>
        </w:rPr>
        <w:t>Rental Rate: _____________________ USD per _________________________________</w:t>
      </w:r>
    </w:p>
    <w:p>
      <w:r>
        <w:rPr>
          <w:b w:val="0"/>
          <w:sz w:val="20"/>
        </w:rPr>
        <w:t>Security Deposit: _____________________ USD (refundable subject to terms)</w:t>
      </w:r>
    </w:p>
    <w:p>
      <w:r>
        <w:rPr>
          <w:b w:val="0"/>
          <w:sz w:val="20"/>
        </w:rPr>
        <w:t>Payment Due Date(s): _________________________________________________________</w:t>
      </w:r>
    </w:p>
    <w:p>
      <w:r>
        <w:rPr>
          <w:b w:val="0"/>
          <w:sz w:val="20"/>
        </w:rPr>
        <w:t>Late Payment Penalties: ______________________________________________________</w:t>
      </w:r>
    </w:p>
    <w:p/>
    <w:p>
      <w:r>
        <w:rPr>
          <w:b/>
          <w:sz w:val="20"/>
        </w:rPr>
        <w:t>Use of Equipment:</w:t>
      </w:r>
    </w:p>
    <w:p>
      <w:r>
        <w:rPr>
          <w:b w:val="0"/>
          <w:sz w:val="20"/>
        </w:rPr>
        <w:t>The Lessee agrees to use the equipment exclusively for lawful purposes and in accordance with manufacturer instructions and applicable regulations.</w:t>
      </w:r>
    </w:p>
    <w:p>
      <w:r>
        <w:rPr>
          <w:b w:val="0"/>
          <w:sz w:val="20"/>
        </w:rPr>
        <w:t>The Lessee shall not sublease, assign, or permit others to use the equipment without prior written consent of the Lessor.</w:t>
      </w:r>
    </w:p>
    <w:p>
      <w:r>
        <w:rPr>
          <w:b w:val="0"/>
          <w:sz w:val="20"/>
        </w:rPr>
        <w:t>The Lessee shall operate and maintain the equipment in a safe, responsible manner and shall not modify or alter the equipment without prior written approval.</w:t>
      </w:r>
    </w:p>
    <w:p/>
    <w:p>
      <w:r>
        <w:rPr>
          <w:b/>
          <w:sz w:val="20"/>
        </w:rPr>
        <w:t>Maintenance and Repairs:</w:t>
      </w:r>
    </w:p>
    <w:p>
      <w:r>
        <w:rPr>
          <w:b w:val="0"/>
          <w:sz w:val="20"/>
        </w:rPr>
        <w:t>Routine maintenance is the responsibility of the Lessee during the rental period, unless otherwise agreed.</w:t>
      </w:r>
    </w:p>
    <w:p>
      <w:r>
        <w:rPr>
          <w:b w:val="0"/>
          <w:sz w:val="20"/>
        </w:rPr>
        <w:t>Any damage or malfunction must be reported to the Lessor immediately.</w:t>
      </w:r>
    </w:p>
    <w:p>
      <w:r>
        <w:rPr>
          <w:b w:val="0"/>
          <w:sz w:val="20"/>
        </w:rPr>
        <w:t>Repairs required due to misuse or negligence by the Lessee shall be paid by the Lessee.</w:t>
      </w:r>
    </w:p>
    <w:p/>
    <w:p>
      <w:r>
        <w:rPr>
          <w:b/>
          <w:sz w:val="20"/>
        </w:rPr>
        <w:t>Liability and Insurance:</w:t>
      </w:r>
    </w:p>
    <w:p>
      <w:r>
        <w:rPr>
          <w:b w:val="0"/>
          <w:sz w:val="20"/>
        </w:rPr>
        <w:t>The Lessee assumes all risks of loss, damage, theft, or destruction of the equipment during the rental term.</w:t>
      </w:r>
    </w:p>
    <w:p>
      <w:r>
        <w:rPr>
          <w:b w:val="0"/>
          <w:sz w:val="20"/>
        </w:rPr>
        <w:t>The Lessee agrees to maintain insurance covering the equipment against all risks including but not limited to theft, damage, and liability.</w:t>
      </w:r>
    </w:p>
    <w:p>
      <w:r>
        <w:rPr>
          <w:b w:val="0"/>
          <w:sz w:val="20"/>
        </w:rPr>
        <w:t>The Lessee shall provide proof of insurance upon request.</w:t>
      </w:r>
    </w:p>
    <w:p>
      <w:r>
        <w:rPr>
          <w:b w:val="0"/>
          <w:sz w:val="20"/>
        </w:rPr>
        <w:t>The Lessor shall not be liable for any injuries, damages, or losses arising from the use of the equipment.</w:t>
      </w:r>
    </w:p>
    <w:p/>
    <w:p>
      <w:r>
        <w:rPr>
          <w:b/>
          <w:sz w:val="20"/>
        </w:rPr>
        <w:t>Indemnification:</w:t>
      </w:r>
    </w:p>
    <w:p>
      <w:r>
        <w:rPr>
          <w:b w:val="0"/>
          <w:sz w:val="20"/>
        </w:rPr>
        <w:t>The Lessee agrees to indemnify, defend, and hold harmless the Lessor from all claims, damages, losses, and expenses arising out of Lessee’s use or possession of the equipment.</w:t>
      </w:r>
    </w:p>
    <w:p/>
    <w:p>
      <w:r>
        <w:rPr>
          <w:b/>
          <w:sz w:val="20"/>
        </w:rPr>
        <w:t>Termination:</w:t>
      </w:r>
    </w:p>
    <w:p>
      <w:r>
        <w:rPr>
          <w:b w:val="0"/>
          <w:sz w:val="20"/>
        </w:rPr>
        <w:t>This Agreement shall terminate upon the return of the equipment to the Lessor in good condition, subject to reasonable wear and tear.</w:t>
      </w:r>
    </w:p>
    <w:p>
      <w:r>
        <w:rPr>
          <w:b w:val="0"/>
          <w:sz w:val="20"/>
        </w:rPr>
        <w:t>The Lessor may terminate this Agreement immediately upon breach by the Lessee, including but not limited to non-payment or unauthorized use.</w:t>
      </w:r>
    </w:p>
    <w:p>
      <w:r>
        <w:rPr>
          <w:b w:val="0"/>
          <w:sz w:val="20"/>
        </w:rPr>
        <w:t>Upon termination, the Lessee shall return the equipment promptly to the Lessor’s designated location.</w:t>
      </w:r>
    </w:p>
    <w:p/>
    <w:p>
      <w:r>
        <w:rPr>
          <w:b/>
          <w:sz w:val="20"/>
        </w:rPr>
        <w:t>Default and Remedies:</w:t>
      </w:r>
    </w:p>
    <w:p>
      <w:r>
        <w:rPr>
          <w:b w:val="0"/>
          <w:sz w:val="20"/>
        </w:rPr>
        <w:t>In the event of default by the Lessee, including failure to pay or return the equipment, the Lessor shall have all remedies available at law or equity, including repossession of the equipment without notice where permitted by law.</w:t>
      </w:r>
    </w:p>
    <w:p>
      <w:r>
        <w:rPr>
          <w:b w:val="0"/>
          <w:sz w:val="20"/>
        </w:rPr>
        <w:t>The Lessee shall be responsible for all costs and expenses incurred by the Lessor in enforcing its rights under this Agreement, including attorneys’ fees.</w:t>
      </w:r>
    </w:p>
    <w:p/>
    <w:p>
      <w:r>
        <w:rPr>
          <w:b/>
          <w:sz w:val="20"/>
        </w:rPr>
        <w:t>Governing Law and Dispute Resolution:</w:t>
      </w:r>
    </w:p>
    <w:p>
      <w:r>
        <w:rPr>
          <w:b w:val="0"/>
          <w:sz w:val="20"/>
        </w:rPr>
        <w:t>This Agreement shall be governed by and construed in accordance with the laws of the State of __________________, United States of America.</w:t>
      </w:r>
    </w:p>
    <w:p>
      <w:r>
        <w:rPr>
          <w:b w:val="0"/>
          <w:sz w:val="20"/>
        </w:rPr>
        <w:t>Any disputes arising out of or relating to this Agreement shall be resolved through binding arbitration administered by a recognized arbitration association in the designated state.</w:t>
      </w:r>
    </w:p>
    <w:p>
      <w:r>
        <w:rPr>
          <w:b w:val="0"/>
          <w:sz w:val="20"/>
        </w:rPr>
        <w:t>The parties waive any right to a jury trial with respect to disputes arising under this Agreement.</w:t>
      </w:r>
    </w:p>
    <w:p/>
    <w:p>
      <w:r>
        <w:rPr>
          <w:b/>
          <w:sz w:val="20"/>
        </w:rPr>
        <w:t>Entire Agreement:</w:t>
      </w:r>
    </w:p>
    <w:p>
      <w:r>
        <w:rPr>
          <w:b w:val="0"/>
          <w:sz w:val="20"/>
        </w:rPr>
        <w:t>This document constitutes the entire agreement between the parties and supersedes all prior understandings, agreements, or representations.</w:t>
      </w:r>
    </w:p>
    <w:p>
      <w:r>
        <w:rPr>
          <w:b w:val="0"/>
          <w:sz w:val="20"/>
        </w:rPr>
        <w:t>Any amendments or modifications must be made in writing and signed by both parties.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LESSOR</w:t>
            </w:r>
          </w:p>
        </w:tc>
        <w:tc>
          <w:tcPr>
            <w:tcW w:type="dxa" w:w="4986"/>
            <w:tcBorders>
              <w:top w:val="nil"/>
              <w:left w:val="nil"/>
              <w:bottom w:val="nil"/>
              <w:right w:val="nil"/>
              <w:insideH w:val="nil"/>
              <w:insideV w:val="nil"/>
            </w:tcBorders>
          </w:tcPr>
          <w:p>
            <w:pPr>
              <w:jc w:val="center"/>
            </w:pPr>
            <w:r>
              <w:t>LESSEE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https://agreement247-us.com/rental-equipment-agreement/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rental-equipment-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