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SIMPLE INDEPENDENT CONTRACTOR AGREEMENT</w:t>
      </w:r>
    </w:p>
    <w:p/>
    <w:p/>
    <w:p>
      <w:r>
        <w:rPr>
          <w:b/>
          <w:sz w:val="20"/>
        </w:rPr>
        <w:t>This Independent Contractor Agreement ("Agreement") is made by and between:</w:t>
      </w:r>
    </w:p>
    <w:p>
      <w:r>
        <w:rPr>
          <w:b w:val="0"/>
          <w:sz w:val="20"/>
        </w:rPr>
        <w:t>Client: ________________________________________________________________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p>
      <w:r>
        <w:rPr>
          <w:b w:val="0"/>
          <w:sz w:val="20"/>
        </w:rPr>
        <w:t>Contractor: _____________________________________________________________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p/>
    <w:p>
      <w:r>
        <w:rPr>
          <w:b/>
          <w:sz w:val="20"/>
        </w:rPr>
        <w:t>RECITALS</w:t>
      </w:r>
    </w:p>
    <w:p>
      <w:r>
        <w:rPr>
          <w:b w:val="0"/>
          <w:sz w:val="20"/>
        </w:rPr>
        <w:t>WHEREAS, Client desires to engage Contractor to perform certain services pursuant to the terms and conditions set forth herein;</w:t>
      </w:r>
    </w:p>
    <w:p>
      <w:r>
        <w:rPr>
          <w:b w:val="0"/>
          <w:sz w:val="20"/>
        </w:rPr>
        <w:t>WHEREAS, Contractor agrees to provide such services under the terms of this Agreement;</w:t>
      </w:r>
    </w:p>
    <w:p/>
    <w:p/>
    <w:p>
      <w:r>
        <w:rPr>
          <w:b/>
          <w:sz w:val="20"/>
        </w:rPr>
        <w:t>1. Services</w:t>
      </w:r>
    </w:p>
    <w:p>
      <w:r>
        <w:rPr>
          <w:b w:val="0"/>
          <w:sz w:val="20"/>
        </w:rPr>
        <w:t>Contractor agrees to perform the following services ("Services") for Client:</w:t>
      </w:r>
    </w:p>
    <w:p>
      <w:r>
        <w:rPr>
          <w:b w:val="0"/>
          <w:sz w:val="20"/>
        </w:rPr>
        <w:t>______________________________________________________________________________</w:t>
      </w:r>
    </w:p>
    <w:p>
      <w:r>
        <w:rPr>
          <w:b w:val="0"/>
          <w:sz w:val="20"/>
        </w:rPr>
        <w:t>______________________________________________________________________________</w:t>
      </w:r>
    </w:p>
    <w:p/>
    <w:p>
      <w:r>
        <w:rPr>
          <w:b/>
          <w:sz w:val="20"/>
        </w:rPr>
        <w:t>2. Term</w:t>
      </w:r>
    </w:p>
    <w:p>
      <w:r>
        <w:rPr>
          <w:b w:val="0"/>
          <w:sz w:val="20"/>
        </w:rPr>
        <w:t>This Agreement shall commence upon execution by both parties and shall continue until completion of the Services or termination as provided herein.</w:t>
      </w:r>
    </w:p>
    <w:p/>
    <w:p>
      <w:r>
        <w:rPr>
          <w:b/>
          <w:sz w:val="20"/>
        </w:rPr>
        <w:t>3. Compensation</w:t>
      </w:r>
    </w:p>
    <w:p>
      <w:r>
        <w:rPr>
          <w:b w:val="0"/>
          <w:sz w:val="20"/>
        </w:rPr>
        <w:t>Client shall pay Contractor as follows:</w:t>
      </w:r>
    </w:p>
    <w:p>
      <w:r>
        <w:rPr>
          <w:b w:val="0"/>
          <w:sz w:val="20"/>
        </w:rPr>
        <w:t>Amount/Rate: ______________________________________________________________</w:t>
      </w:r>
    </w:p>
    <w:p>
      <w:r>
        <w:rPr>
          <w:b w:val="0"/>
          <w:sz w:val="20"/>
        </w:rPr>
        <w:t>Payment Terms: ____________________________________________________________</w:t>
      </w:r>
    </w:p>
    <w:p>
      <w:r>
        <w:rPr>
          <w:b w:val="0"/>
          <w:sz w:val="20"/>
        </w:rPr>
        <w:t>Invoices shall be submitted by Contractor and paid within ______________ days of receipt.</w:t>
      </w:r>
    </w:p>
    <w:p/>
    <w:p>
      <w:r>
        <w:rPr>
          <w:b/>
          <w:sz w:val="20"/>
        </w:rPr>
        <w:t>4. Independent Contractor Status</w:t>
      </w:r>
    </w:p>
    <w:p>
      <w:r>
        <w:rPr>
          <w:b w:val="0"/>
          <w:sz w:val="20"/>
        </w:rPr>
        <w:t>Contractor is an independent contractor and not an employee, agent, or partner of Client. Contractor shall have no authority to bind Client or incur any obligations on Client’s behalf.</w:t>
      </w:r>
    </w:p>
    <w:p/>
    <w:p>
      <w:r>
        <w:rPr>
          <w:b/>
          <w:sz w:val="20"/>
        </w:rPr>
        <w:t>5. Taxes and Benefits</w:t>
      </w:r>
    </w:p>
    <w:p>
      <w:r>
        <w:rPr>
          <w:b w:val="0"/>
          <w:sz w:val="20"/>
        </w:rPr>
        <w:t>Contractor is solely responsible for all federal, state, and local taxes, contributions, and any benefits related to compensation received under this Agreement.</w:t>
      </w:r>
    </w:p>
    <w:p/>
    <w:p>
      <w:r>
        <w:rPr>
          <w:b/>
          <w:sz w:val="20"/>
        </w:rPr>
        <w:t>6. Confidentiality</w:t>
      </w:r>
    </w:p>
    <w:p>
      <w:r>
        <w:rPr>
          <w:b w:val="0"/>
          <w:sz w:val="20"/>
        </w:rPr>
        <w:t>Contractor agrees to maintain confidentiality of any non-public information obtained in connection with the performance of Services and shall not disclose such information without prior written consent of Client.</w:t>
      </w:r>
    </w:p>
    <w:p/>
    <w:p>
      <w:r>
        <w:rPr>
          <w:b/>
          <w:sz w:val="20"/>
        </w:rPr>
        <w:t>7. Ownership of Work Product</w:t>
      </w:r>
    </w:p>
    <w:p>
      <w:r>
        <w:rPr>
          <w:b w:val="0"/>
          <w:sz w:val="20"/>
        </w:rPr>
        <w:t>All work product, including but not limited to materials, reports, inventions, or deliverables created by Contractor under this Agreement shall be the sole property of Client. Contractor hereby assigns all rights, title, and interest in such work product to Client.</w:t>
      </w:r>
    </w:p>
    <w:p/>
    <w:p>
      <w:r>
        <w:rPr>
          <w:b/>
          <w:sz w:val="20"/>
        </w:rPr>
        <w:t>8. Warranties and Representations</w:t>
      </w:r>
    </w:p>
    <w:p>
      <w:r>
        <w:rPr>
          <w:b w:val="0"/>
          <w:sz w:val="20"/>
        </w:rPr>
        <w:t>Contractor represents and warrants that Contractor has the expertise and qualifications to perform the Services in a professional and workmanlike manner, in accordance with applicable standards and laws.</w:t>
      </w:r>
    </w:p>
    <w:p/>
    <w:p>
      <w:r>
        <w:rPr>
          <w:b/>
          <w:sz w:val="20"/>
        </w:rPr>
        <w:t>9. Indemnification</w:t>
      </w:r>
    </w:p>
    <w:p>
      <w:r>
        <w:rPr>
          <w:b w:val="0"/>
          <w:sz w:val="20"/>
        </w:rPr>
        <w:t>Contractor shall indemnify and hold harmless Client from any and all claims, damages, liabilities, costs, and expenses arising out of Contractor’s performance or failure to perform the Services, except to the extent caused by Client’s gross negligence or willful misconduct.</w:t>
      </w:r>
    </w:p>
    <w:p/>
    <w:p>
      <w:r>
        <w:rPr>
          <w:b/>
          <w:sz w:val="20"/>
        </w:rPr>
        <w:t>10. Termination</w:t>
      </w:r>
    </w:p>
    <w:p>
      <w:r>
        <w:rPr>
          <w:b w:val="0"/>
          <w:sz w:val="20"/>
        </w:rPr>
        <w:t>Either party may terminate this Agreement at any time by providing written notice to the other party. Client shall pay Contractor for all Services performed up to the effective date of termination.</w:t>
      </w:r>
    </w:p>
    <w:p/>
    <w:p>
      <w:r>
        <w:rPr>
          <w:b/>
          <w:sz w:val="20"/>
        </w:rPr>
        <w:t>11. Governing Law</w:t>
      </w:r>
    </w:p>
    <w:p>
      <w:r>
        <w:rPr>
          <w:b w:val="0"/>
          <w:sz w:val="20"/>
        </w:rPr>
        <w:t>This Agreement shall be governed by and construed in accordance with the laws of the State of __________________, without regard to its conflicts of law principles.</w:t>
      </w:r>
    </w:p>
    <w:p/>
    <w:p>
      <w:r>
        <w:rPr>
          <w:b/>
          <w:sz w:val="20"/>
        </w:rPr>
        <w:t>12. Dispute Resolution</w:t>
      </w:r>
    </w:p>
    <w:p>
      <w:r>
        <w:rPr>
          <w:b w:val="0"/>
          <w:sz w:val="20"/>
        </w:rPr>
        <w:t>Any disputes arising out of or relating to this Agreement shall be resolved first through good faith negotiations. If unresolved, disputes shall be submitted to binding arbitration in accordance with the rules of the American Arbitration Association.</w:t>
      </w:r>
    </w:p>
    <w:p/>
    <w:p>
      <w:r>
        <w:rPr>
          <w:b/>
          <w:sz w:val="20"/>
        </w:rPr>
        <w:t>13. Entire Agreement</w:t>
      </w:r>
    </w:p>
    <w:p>
      <w:r>
        <w:rPr>
          <w:b w:val="0"/>
          <w:sz w:val="20"/>
        </w:rPr>
        <w:t>This Agreement constitutes the entire agreement between the parties and supersedes all prior agreements, understandings, or representations, whether oral or written.</w:t>
      </w:r>
    </w:p>
    <w:p/>
    <w:p>
      <w:r>
        <w:rPr>
          <w:b/>
          <w:sz w:val="20"/>
        </w:rPr>
        <w:t>14. Amendments</w:t>
      </w:r>
    </w:p>
    <w:p>
      <w:r>
        <w:rPr>
          <w:b w:val="0"/>
          <w:sz w:val="20"/>
        </w:rPr>
        <w:t>No amendment or modification of this Agreement shall be valid unless in writing and signed by both parties.</w:t>
      </w:r>
    </w:p>
    <w:p/>
    <w:p>
      <w:r>
        <w:rPr>
          <w:b/>
          <w:sz w:val="20"/>
        </w:rPr>
        <w:t>15. Notices</w:t>
      </w:r>
    </w:p>
    <w:p>
      <w:r>
        <w:rPr>
          <w:b w:val="0"/>
          <w:sz w:val="20"/>
        </w:rPr>
        <w:t>All notices required or permitted under this Agreement shall be in writing and shall be deemed delivered upon personal delivery, confirmed email, or three (3) days after mailing by certified mail to the addresses set forth above or such other address as either party may specify in writing.</w:t>
      </w:r>
    </w:p>
    <w:p/>
    <w:p/>
    <w:p>
      <w:r>
        <w:rPr>
          <w:b w:val="0"/>
          <w:sz w:val="20"/>
        </w:rPr>
        <w:t>IN WITNESS WHEREOF, the parties have executed this Independent Contractor Agreement as of the date of their signatures below.</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CLIENT</w:t>
            </w:r>
          </w:p>
        </w:tc>
        <w:tc>
          <w:tcPr>
            <w:tcW w:type="dxa" w:w="4986"/>
            <w:tcBorders>
              <w:top w:val="nil"/>
              <w:left w:val="nil"/>
              <w:bottom w:val="nil"/>
              <w:right w:val="nil"/>
              <w:insideH w:val="nil"/>
              <w:insideV w:val="nil"/>
            </w:tcBorders>
          </w:tcPr>
          <w:p>
            <w:pPr>
              <w:jc w:val="center"/>
            </w:pPr>
            <w:r>
              <w:t>CONTRACTOR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Printed Name: _________________________</w:t>
            </w:r>
          </w:p>
        </w:tc>
        <w:tc>
          <w:tcPr>
            <w:tcW w:type="dxa" w:w="4986"/>
            <w:tcBorders>
              <w:top w:val="nil"/>
              <w:left w:val="nil"/>
              <w:bottom w:val="nil"/>
              <w:right w:val="nil"/>
              <w:insideH w:val="nil"/>
              <w:insideV w:val="nil"/>
            </w:tcBorders>
          </w:tcPr>
          <w:p>
            <w:pPr>
              <w:jc w:val="center"/>
            </w:pPr>
            <w:r>
              <w:t>Printed Name: 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https://agreement247-us.com/simple-independent-contractor-agreement/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https://agreement247-us.com</w:t>
        </w:r>
      </w:hyperlink>
    </w:p>
    <w:p>
      <w:pPr>
        <w:jc w:val="center"/>
      </w:pPr>
      <w:r>
        <w:rPr>
          <w:color w:val="808080"/>
          <w:sz w:val="20"/>
        </w:rPr>
        <w:t>This template is intended exclusively for personal, non-commercial use.</w:t>
        <w:br/>
        <w:t>If distributed or published, the source must be mentioned. © agreement247-us.com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247-us.com/simple-independent-contractor-agreement/" TargetMode="External"/><Relationship Id="rId10" Type="http://schemas.openxmlformats.org/officeDocument/2006/relationships/hyperlink" Target="https://agreemen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