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SIMPLE ROOMMATE AGREEMENT</w:t>
      </w:r>
    </w:p>
    <w:p/>
    <w:p/>
    <w:p>
      <w:r>
        <w:rPr>
          <w:b w:val="0"/>
          <w:sz w:val="20"/>
        </w:rPr>
        <w:t>This Roommate Agreement (“Agreement”) is entered into between the undersigned parties who agree to share the premises described below as roommates and establish their respective rights and obligations.</w:t>
      </w:r>
    </w:p>
    <w:p/>
    <w:p>
      <w:r>
        <w:rPr>
          <w:b/>
          <w:sz w:val="22"/>
        </w:rPr>
        <w:t>1. Parties</w:t>
      </w:r>
    </w:p>
    <w:p>
      <w:r>
        <w:rPr>
          <w:b w:val="0"/>
          <w:sz w:val="20"/>
        </w:rPr>
        <w:t>This Agreement is made between the following individuals, collectively referred to as “Roommates”:</w:t>
      </w:r>
    </w:p>
    <w:p>
      <w:r>
        <w:rPr>
          <w:b w:val="0"/>
          <w:sz w:val="20"/>
        </w:rPr>
        <w:t>Roommate 1: ________________________________________________________</w:t>
      </w:r>
    </w:p>
    <w:p>
      <w:r>
        <w:rPr>
          <w:b w:val="0"/>
          <w:sz w:val="20"/>
        </w:rPr>
        <w:t>Roommate 2: ________________________________________________________</w:t>
      </w:r>
    </w:p>
    <w:p>
      <w:r>
        <w:rPr>
          <w:b w:val="0"/>
          <w:sz w:val="20"/>
        </w:rPr>
        <w:t>Roommate 3: ________________________________________________________</w:t>
      </w:r>
    </w:p>
    <w:p>
      <w:r>
        <w:rPr>
          <w:b w:val="0"/>
          <w:sz w:val="20"/>
        </w:rPr>
        <w:t>Roommate 4: ________________________________________________________</w:t>
      </w:r>
    </w:p>
    <w:p/>
    <w:p>
      <w:r>
        <w:rPr>
          <w:b/>
          <w:sz w:val="22"/>
        </w:rPr>
        <w:t>2. Premises</w:t>
      </w:r>
    </w:p>
    <w:p>
      <w:r>
        <w:rPr>
          <w:b w:val="0"/>
          <w:sz w:val="20"/>
        </w:rPr>
        <w:t>The Roommates agree to share the residential premises located at:</w:t>
      </w:r>
    </w:p>
    <w:p>
      <w:r>
        <w:rPr>
          <w:b w:val="0"/>
          <w:sz w:val="20"/>
        </w:rPr>
        <w:t>Address: ____________________________________________________________</w:t>
      </w:r>
    </w:p>
    <w:p>
      <w:r>
        <w:rPr>
          <w:b w:val="0"/>
          <w:sz w:val="20"/>
        </w:rPr>
        <w:t>City: __________________________ State: ______ Zip Code: ____________</w:t>
      </w:r>
    </w:p>
    <w:p/>
    <w:p>
      <w:r>
        <w:rPr>
          <w:b/>
          <w:sz w:val="22"/>
        </w:rPr>
        <w:t>3. Term</w:t>
      </w:r>
    </w:p>
    <w:p>
      <w:r>
        <w:rPr>
          <w:b w:val="0"/>
          <w:sz w:val="20"/>
        </w:rPr>
        <w:t>This Agreement shall commence on the date of the last signature and shall continue on a month-to-month basis until terminated by any Roommate with proper written notice as specified herein.</w:t>
      </w:r>
    </w:p>
    <w:p/>
    <w:p>
      <w:r>
        <w:rPr>
          <w:b/>
          <w:sz w:val="22"/>
        </w:rPr>
        <w:t>4. Rent and Payment</w:t>
      </w:r>
    </w:p>
    <w:p>
      <w:r>
        <w:rPr>
          <w:b w:val="0"/>
          <w:sz w:val="20"/>
        </w:rPr>
        <w:t>The total monthly rent for the Premises is $____________, payable to the landlord or property manager as specified by the lease agreement.</w:t>
      </w:r>
    </w:p>
    <w:p>
      <w:r>
        <w:rPr>
          <w:b w:val="0"/>
          <w:sz w:val="20"/>
        </w:rPr>
        <w:t>Each Roommate agrees to pay their share of the rent as follows:</w:t>
      </w:r>
    </w:p>
    <w:p>
      <w:r>
        <w:rPr>
          <w:b w:val="0"/>
          <w:sz w:val="20"/>
        </w:rPr>
        <w:t>Roommate 1: $____________</w:t>
      </w:r>
    </w:p>
    <w:p>
      <w:r>
        <w:rPr>
          <w:b w:val="0"/>
          <w:sz w:val="20"/>
        </w:rPr>
        <w:t>Roommate 2: $____________</w:t>
      </w:r>
    </w:p>
    <w:p>
      <w:r>
        <w:rPr>
          <w:b w:val="0"/>
          <w:sz w:val="20"/>
        </w:rPr>
        <w:t>Roommate 3: $____________</w:t>
      </w:r>
    </w:p>
    <w:p>
      <w:r>
        <w:rPr>
          <w:b w:val="0"/>
          <w:sz w:val="20"/>
        </w:rPr>
        <w:t>Roommate 4: $____________</w:t>
      </w:r>
    </w:p>
    <w:p>
      <w:r>
        <w:rPr>
          <w:b w:val="0"/>
          <w:sz w:val="20"/>
        </w:rPr>
        <w:t>Rent payments are due on or before the _____ day of each month.</w:t>
      </w:r>
    </w:p>
    <w:p/>
    <w:p>
      <w:r>
        <w:rPr>
          <w:b/>
          <w:sz w:val="22"/>
        </w:rPr>
        <w:t>5. Security Deposit</w:t>
      </w:r>
    </w:p>
    <w:p>
      <w:r>
        <w:rPr>
          <w:b w:val="0"/>
          <w:sz w:val="20"/>
        </w:rPr>
        <w:t>Each Roommate shall pay a security deposit in the amount of $____________ to cover damages and unpaid rent, to be held by the landlord according to the lease agreement.</w:t>
      </w:r>
    </w:p>
    <w:p>
      <w:r>
        <w:rPr>
          <w:b w:val="0"/>
          <w:sz w:val="20"/>
        </w:rPr>
        <w:t>Roommate contributions to the security deposit:</w:t>
      </w:r>
    </w:p>
    <w:p>
      <w:r>
        <w:rPr>
          <w:b w:val="0"/>
          <w:sz w:val="20"/>
        </w:rPr>
        <w:t>Roommate 1: $____________</w:t>
      </w:r>
    </w:p>
    <w:p>
      <w:r>
        <w:rPr>
          <w:b w:val="0"/>
          <w:sz w:val="20"/>
        </w:rPr>
        <w:t>Roommate 2: $____________</w:t>
      </w:r>
    </w:p>
    <w:p>
      <w:r>
        <w:rPr>
          <w:b w:val="0"/>
          <w:sz w:val="20"/>
        </w:rPr>
        <w:t>Roommate 3: $____________</w:t>
      </w:r>
    </w:p>
    <w:p>
      <w:r>
        <w:rPr>
          <w:b w:val="0"/>
          <w:sz w:val="20"/>
        </w:rPr>
        <w:t>Roommate 4: $____________</w:t>
      </w:r>
    </w:p>
    <w:p/>
    <w:p>
      <w:r>
        <w:rPr>
          <w:b/>
          <w:sz w:val="22"/>
        </w:rPr>
        <w:t>6. Utilities and Other Shared Expenses</w:t>
      </w:r>
    </w:p>
    <w:p>
      <w:r>
        <w:rPr>
          <w:b w:val="0"/>
          <w:sz w:val="20"/>
        </w:rPr>
        <w:t>Roommates agree to share payment of utilities and other household expenses as follows:</w:t>
      </w:r>
    </w:p>
    <w:p>
      <w:r>
        <w:rPr>
          <w:b w:val="0"/>
          <w:sz w:val="20"/>
        </w:rPr>
        <w:t>Electricity: $____________  Shared equally / Allocated as follows: ___________________</w:t>
      </w:r>
    </w:p>
    <w:p>
      <w:r>
        <w:rPr>
          <w:b w:val="0"/>
          <w:sz w:val="20"/>
        </w:rPr>
        <w:t>Water and Sewer: $____________  Shared equally / Allocated as follows: ______________</w:t>
      </w:r>
    </w:p>
    <w:p>
      <w:r>
        <w:rPr>
          <w:b w:val="0"/>
          <w:sz w:val="20"/>
        </w:rPr>
        <w:t>Gas: $____________  Shared equally / Allocated as follows: _______________________</w:t>
      </w:r>
    </w:p>
    <w:p>
      <w:r>
        <w:rPr>
          <w:b w:val="0"/>
          <w:sz w:val="20"/>
        </w:rPr>
        <w:t>Internet: $____________  Shared equally / Allocated as follows: ___________________</w:t>
      </w:r>
    </w:p>
    <w:p>
      <w:r>
        <w:rPr>
          <w:b w:val="0"/>
          <w:sz w:val="20"/>
        </w:rPr>
        <w:t>Trash Collection: $____________  Shared equally / Allocated as follows: ______________</w:t>
      </w:r>
    </w:p>
    <w:p>
      <w:r>
        <w:rPr>
          <w:b w:val="0"/>
          <w:sz w:val="20"/>
        </w:rPr>
        <w:t>Other: $____________  Shared equally / Allocated as follows: _______________________</w:t>
      </w:r>
    </w:p>
    <w:p/>
    <w:p>
      <w:r>
        <w:rPr>
          <w:b/>
          <w:sz w:val="22"/>
        </w:rPr>
        <w:t>7. Use and Occupancy</w:t>
      </w:r>
    </w:p>
    <w:p>
      <w:r>
        <w:rPr>
          <w:b w:val="0"/>
          <w:sz w:val="20"/>
        </w:rPr>
        <w:t>Roommates shall have equal right to use and occupy the Premises and common areas. Each Roommate agrees to respect the privacy and property of the others.</w:t>
      </w:r>
    </w:p>
    <w:p/>
    <w:p>
      <w:r>
        <w:rPr>
          <w:b/>
          <w:sz w:val="22"/>
        </w:rPr>
        <w:t>8. House Rules and Conduct</w:t>
      </w:r>
    </w:p>
    <w:p>
      <w:r>
        <w:rPr>
          <w:b w:val="0"/>
          <w:sz w:val="20"/>
        </w:rPr>
        <w:t>The Roommates agree to the following rules:</w:t>
      </w:r>
    </w:p>
    <w:p>
      <w:r>
        <w:rPr>
          <w:b w:val="0"/>
          <w:sz w:val="20"/>
        </w:rPr>
        <w:t>- Quiet hours shall be maintained between _________________ and ________________ daily.</w:t>
      </w:r>
    </w:p>
    <w:p>
      <w:r>
        <w:rPr>
          <w:b w:val="0"/>
          <w:sz w:val="20"/>
        </w:rPr>
        <w:t>- No illegal activities shall be conducted on the Premises.</w:t>
      </w:r>
    </w:p>
    <w:p>
      <w:r>
        <w:rPr>
          <w:b w:val="0"/>
          <w:sz w:val="20"/>
        </w:rPr>
        <w:t>- Guests are permitted with the consent of all Roommates and shall not stay longer than _______________.</w:t>
      </w:r>
    </w:p>
    <w:p>
      <w:r>
        <w:rPr>
          <w:b w:val="0"/>
          <w:sz w:val="20"/>
        </w:rPr>
        <w:t>- Each Roommate shall keep their personal areas clean and contribute to cleaning common areas on a fair schedule.</w:t>
      </w:r>
    </w:p>
    <w:p/>
    <w:p>
      <w:r>
        <w:rPr>
          <w:b/>
          <w:sz w:val="22"/>
        </w:rPr>
        <w:t>9. Repairs and Maintenance</w:t>
      </w:r>
    </w:p>
    <w:p>
      <w:r>
        <w:rPr>
          <w:b w:val="0"/>
          <w:sz w:val="20"/>
        </w:rPr>
        <w:t>Roommates agree to notify each other promptly of any damage or necessary repairs. Costs for repairs caused by a Roommate’s negligence shall be paid by that Roommate.</w:t>
      </w:r>
    </w:p>
    <w:p/>
    <w:p>
      <w:r>
        <w:rPr>
          <w:b/>
          <w:sz w:val="22"/>
        </w:rPr>
        <w:t>10. Termination</w:t>
      </w:r>
    </w:p>
    <w:p>
      <w:r>
        <w:rPr>
          <w:b w:val="0"/>
          <w:sz w:val="20"/>
        </w:rPr>
        <w:t>Any Roommate may terminate this Agreement by providing written notice to the other Roommates at least thirty (30) days prior to the intended move-out date. Upon termination, the departing Roommate shall remain responsible for rent and utilities until the end of the notice period or until a replacement Roommate is found and approved by the others.</w:t>
      </w:r>
    </w:p>
    <w:p/>
    <w:p>
      <w:r>
        <w:rPr>
          <w:b/>
          <w:sz w:val="22"/>
        </w:rPr>
        <w:t>11. Security Deposit Return</w:t>
      </w:r>
    </w:p>
    <w:p>
      <w:r>
        <w:rPr>
          <w:b w:val="0"/>
          <w:sz w:val="20"/>
        </w:rPr>
        <w:t>Upon termination of tenancy, the security deposit shall be returned to the Roommates after deduction for any damages or unpaid amounts as provided in the lease agreement with the landlord. The Roommates shall agree on the distribution of the remaining deposit.</w:t>
      </w:r>
    </w:p>
    <w:p/>
    <w:p>
      <w:r>
        <w:rPr>
          <w:b/>
          <w:sz w:val="22"/>
        </w:rPr>
        <w:t>12. Dispute Resolution</w:t>
      </w:r>
    </w:p>
    <w:p>
      <w:r>
        <w:rPr>
          <w:b w:val="0"/>
          <w:sz w:val="20"/>
        </w:rPr>
        <w:t>Roommates agree to resolve disputes amicably among themselves. If necessary, disputes may be resolved through mediation or binding arbitration in accordance with the laws of the State where the Premises is located.</w:t>
      </w:r>
    </w:p>
    <w:p/>
    <w:p>
      <w:r>
        <w:rPr>
          <w:b/>
          <w:sz w:val="22"/>
        </w:rPr>
        <w:t>13. Governing Law</w:t>
      </w:r>
    </w:p>
    <w:p>
      <w:r>
        <w:rPr>
          <w:b w:val="0"/>
          <w:sz w:val="20"/>
        </w:rPr>
        <w:t>This Agreement shall be governed by and construed in accordance with the laws of the State of _______________, United States of America.</w:t>
      </w:r>
    </w:p>
    <w:p/>
    <w:p>
      <w:r>
        <w:rPr>
          <w:b/>
          <w:sz w:val="22"/>
        </w:rPr>
        <w:t>14. Entire Agreement</w:t>
      </w:r>
    </w:p>
    <w:p>
      <w:r>
        <w:rPr>
          <w:b w:val="0"/>
          <w:sz w:val="20"/>
        </w:rPr>
        <w:t>This Agreement constitutes the entire agreement among the Roommates with respect to the subject matter herein and supersedes all prior agreements, understandings, and arrangements, whether oral or written.</w:t>
      </w:r>
    </w:p>
    <w:p/>
    <w:p>
      <w:r>
        <w:rPr>
          <w:b/>
          <w:sz w:val="22"/>
        </w:rPr>
        <w:t>15. Amendments</w:t>
      </w:r>
    </w:p>
    <w:p>
      <w:r>
        <w:rPr>
          <w:b w:val="0"/>
          <w:sz w:val="20"/>
        </w:rPr>
        <w:t>Any amendments or modifications to this Agreement must be made in writing and signed by all Roommates.</w:t>
      </w:r>
    </w:p>
    <w:p/>
    <w:p/>
    <w:tbl>
      <w:tblPr>
        <w:tblW w:type="auto" w:w="0"/>
        <w:tblLayout w:type="autofit"/>
        <w:tblLook w:firstColumn="1" w:firstRow="1" w:lastColumn="0" w:lastRow="0" w:noHBand="0" w:noVBand="1" w:val="04A0"/>
      </w:tblPr>
      <w:tblGrid>
        <w:gridCol w:w="2493"/>
        <w:gridCol w:w="2493"/>
        <w:gridCol w:w="2493"/>
        <w:gridCol w:w="2493"/>
      </w:tblGrid>
      <w:tr>
        <w:tc>
          <w:tcPr>
            <w:tcW w:type="dxa" w:w="2493"/>
            <w:tcBorders>
              <w:top w:val="nil"/>
              <w:left w:val="nil"/>
              <w:bottom w:val="nil"/>
              <w:right w:val="nil"/>
              <w:insideH w:val="nil"/>
              <w:insideV w:val="nil"/>
            </w:tcBorders>
          </w:tcPr>
          <w:p>
            <w:pPr>
              <w:jc w:val="center"/>
            </w:pPr>
            <w:r>
              <w:t>ROOMMATE 1</w:t>
            </w:r>
          </w:p>
        </w:tc>
        <w:tc>
          <w:tcPr>
            <w:tcW w:type="dxa" w:w="2493"/>
            <w:tcBorders>
              <w:top w:val="nil"/>
              <w:left w:val="nil"/>
              <w:bottom w:val="nil"/>
              <w:right w:val="nil"/>
              <w:insideH w:val="nil"/>
              <w:insideV w:val="nil"/>
            </w:tcBorders>
          </w:tcPr>
          <w:p>
            <w:pPr>
              <w:jc w:val="center"/>
            </w:pPr>
            <w:r>
              <w:t>ROOMMATE 2</w:t>
            </w:r>
          </w:p>
        </w:tc>
        <w:tc>
          <w:tcPr>
            <w:tcW w:type="dxa" w:w="2493"/>
            <w:tcBorders>
              <w:top w:val="nil"/>
              <w:left w:val="nil"/>
              <w:bottom w:val="nil"/>
              <w:right w:val="nil"/>
              <w:insideH w:val="nil"/>
              <w:insideV w:val="nil"/>
            </w:tcBorders>
          </w:tcPr>
          <w:p>
            <w:pPr>
              <w:jc w:val="center"/>
            </w:pPr>
            <w:r>
              <w:t>ROOMMATE 3</w:t>
            </w:r>
          </w:p>
        </w:tc>
        <w:tc>
          <w:tcPr>
            <w:tcW w:type="dxa" w:w="2493"/>
            <w:tcBorders>
              <w:top w:val="nil"/>
              <w:left w:val="nil"/>
              <w:bottom w:val="nil"/>
              <w:right w:val="nil"/>
              <w:insideH w:val="nil"/>
              <w:insideV w:val="nil"/>
            </w:tcBorders>
          </w:tcPr>
          <w:p>
            <w:pPr>
              <w:jc w:val="center"/>
            </w:pPr>
            <w:r>
              <w:t>ROOMMATE 4</w:t>
            </w:r>
          </w:p>
        </w:tc>
      </w:tr>
      <w:tr>
        <w:tc>
          <w:tcPr>
            <w:tcW w:type="dxa" w:w="2493"/>
            <w:tcBorders>
              <w:top w:val="nil"/>
              <w:left w:val="nil"/>
              <w:bottom w:val="nil"/>
              <w:right w:val="nil"/>
              <w:insideH w:val="nil"/>
              <w:insideV w:val="nil"/>
            </w:tcBorders>
          </w:tcPr>
          <w:p>
            <w:pPr>
              <w:jc w:val="center"/>
            </w:pPr>
            <w:r>
              <w:br/>
              <w:br/>
              <w:t>Signature: _________________________</w:t>
            </w:r>
          </w:p>
        </w:tc>
        <w:tc>
          <w:tcPr>
            <w:tcW w:type="dxa" w:w="2493"/>
            <w:tcBorders>
              <w:top w:val="nil"/>
              <w:left w:val="nil"/>
              <w:bottom w:val="nil"/>
              <w:right w:val="nil"/>
              <w:insideH w:val="nil"/>
              <w:insideV w:val="nil"/>
            </w:tcBorders>
          </w:tcPr>
          <w:p>
            <w:pPr>
              <w:jc w:val="center"/>
            </w:pPr>
            <w:r>
              <w:br/>
              <w:br/>
              <w:t>Signature: _________________________</w:t>
            </w:r>
          </w:p>
        </w:tc>
        <w:tc>
          <w:tcPr>
            <w:tcW w:type="dxa" w:w="2493"/>
            <w:tcBorders>
              <w:top w:val="nil"/>
              <w:left w:val="nil"/>
              <w:bottom w:val="nil"/>
              <w:right w:val="nil"/>
              <w:insideH w:val="nil"/>
              <w:insideV w:val="nil"/>
            </w:tcBorders>
          </w:tcPr>
          <w:p>
            <w:pPr>
              <w:jc w:val="center"/>
            </w:pPr>
            <w:r>
              <w:br/>
              <w:br/>
              <w:t>Signature: _________________________</w:t>
            </w:r>
          </w:p>
        </w:tc>
        <w:tc>
          <w:tcPr>
            <w:tcW w:type="dxa" w:w="2493"/>
            <w:tcBorders>
              <w:top w:val="nil"/>
              <w:left w:val="nil"/>
              <w:bottom w:val="nil"/>
              <w:right w:val="nil"/>
              <w:insideH w:val="nil"/>
              <w:insideV w:val="nil"/>
            </w:tcBorders>
          </w:tcPr>
          <w:p>
            <w:pPr>
              <w:jc w:val="center"/>
            </w:pPr>
            <w:r>
              <w:br/>
              <w:br/>
              <w:t>Signature: _________________________</w:t>
            </w:r>
          </w:p>
        </w:tc>
      </w:tr>
      <w:tr>
        <w:tc>
          <w:tcPr>
            <w:tcW w:type="dxa" w:w="2493"/>
            <w:tcBorders>
              <w:top w:val="nil"/>
              <w:left w:val="nil"/>
              <w:bottom w:val="nil"/>
              <w:right w:val="nil"/>
              <w:insideH w:val="nil"/>
              <w:insideV w:val="nil"/>
            </w:tcBorders>
          </w:tcPr>
          <w:p>
            <w:pPr>
              <w:jc w:val="center"/>
            </w:pPr>
            <w:r>
              <w:t>Name: ________________________________</w:t>
            </w:r>
          </w:p>
        </w:tc>
        <w:tc>
          <w:tcPr>
            <w:tcW w:type="dxa" w:w="2493"/>
            <w:tcBorders>
              <w:top w:val="nil"/>
              <w:left w:val="nil"/>
              <w:bottom w:val="nil"/>
              <w:right w:val="nil"/>
              <w:insideH w:val="nil"/>
              <w:insideV w:val="nil"/>
            </w:tcBorders>
          </w:tcPr>
          <w:p>
            <w:pPr>
              <w:jc w:val="center"/>
            </w:pPr>
            <w:r>
              <w:t>Name: ________________________________</w:t>
            </w:r>
          </w:p>
        </w:tc>
        <w:tc>
          <w:tcPr>
            <w:tcW w:type="dxa" w:w="2493"/>
            <w:tcBorders>
              <w:top w:val="nil"/>
              <w:left w:val="nil"/>
              <w:bottom w:val="nil"/>
              <w:right w:val="nil"/>
              <w:insideH w:val="nil"/>
              <w:insideV w:val="nil"/>
            </w:tcBorders>
          </w:tcPr>
          <w:p>
            <w:pPr>
              <w:jc w:val="center"/>
            </w:pPr>
            <w:r>
              <w:t>Name: ________________________________</w:t>
            </w:r>
          </w:p>
        </w:tc>
        <w:tc>
          <w:tcPr>
            <w:tcW w:type="dxa" w:w="2493"/>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https://agreement247-us.com/simple-roommate-agreement/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simple-roommate-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