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WORK AGREEMENT</w:t>
      </w:r>
    </w:p>
    <w:p/>
    <w:p>
      <w:r>
        <w:rPr>
          <w:b/>
          <w:sz w:val="20"/>
        </w:rPr>
        <w:t>This Simple Work Agreement (the "Agreement") is made between:</w:t>
      </w:r>
    </w:p>
    <w:p>
      <w:r>
        <w:rPr>
          <w:b w:val="0"/>
          <w:sz w:val="20"/>
        </w:rPr>
        <w:t>Employer Name: 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pPr>
        <w:jc w:val="center"/>
      </w:pPr>
      <w:r>
        <w:rPr>
          <w:b w:val="0"/>
          <w:sz w:val="20"/>
        </w:rPr>
        <w:t>and</w:t>
      </w:r>
    </w:p>
    <w:p/>
    <w:p>
      <w:r>
        <w:rPr>
          <w:b w:val="0"/>
          <w:sz w:val="20"/>
        </w:rPr>
        <w:t>Worker Name: 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p>
      <w:r>
        <w:rPr>
          <w:b/>
          <w:sz w:val="20"/>
        </w:rPr>
        <w:t>RECITALS</w:t>
      </w:r>
    </w:p>
    <w:p>
      <w:r>
        <w:rPr>
          <w:b w:val="0"/>
          <w:sz w:val="20"/>
        </w:rPr>
        <w:t>WHEREAS, the Employer desires to retain the services of the Worker, and the Worker agrees to perform certain work for the Employer under the terms and conditions set forth herein.</w:t>
      </w:r>
    </w:p>
    <w:p/>
    <w:p/>
    <w:p>
      <w:r>
        <w:rPr>
          <w:b/>
          <w:sz w:val="20"/>
        </w:rPr>
        <w:t>1. Scope of Work</w:t>
      </w:r>
    </w:p>
    <w:p>
      <w:r>
        <w:rPr>
          <w:b w:val="0"/>
          <w:sz w:val="20"/>
        </w:rPr>
        <w:t>The Worker agrees to perform the following work (the "Work") for the Employer:</w:t>
      </w:r>
    </w:p>
    <w:p>
      <w:r>
        <w:rPr>
          <w:b w:val="0"/>
          <w:sz w:val="20"/>
        </w:rPr>
        <w:t>___________________________________________________________________________</w:t>
      </w:r>
    </w:p>
    <w:p>
      <w:r>
        <w:rPr>
          <w:b w:val="0"/>
          <w:sz w:val="20"/>
        </w:rPr>
        <w:t>___________________________________________________________________________</w:t>
      </w:r>
    </w:p>
    <w:p/>
    <w:p>
      <w:r>
        <w:rPr>
          <w:b/>
          <w:sz w:val="20"/>
        </w:rPr>
        <w:t>2. Term of Agreement</w:t>
      </w:r>
    </w:p>
    <w:p>
      <w:r>
        <w:rPr>
          <w:b w:val="0"/>
          <w:sz w:val="20"/>
        </w:rPr>
        <w:t>This Agreement shall commence upon execution by both parties and shall continue until the Work is completed, unless terminated earlier in accordance with this Agreement.</w:t>
      </w:r>
    </w:p>
    <w:p/>
    <w:p>
      <w:r>
        <w:rPr>
          <w:b/>
          <w:sz w:val="20"/>
        </w:rPr>
        <w:t>3. Payment</w:t>
      </w:r>
    </w:p>
    <w:p>
      <w:r>
        <w:rPr>
          <w:b w:val="0"/>
          <w:sz w:val="20"/>
        </w:rPr>
        <w:t>The Employer agrees to pay the Worker as follows:</w:t>
      </w:r>
    </w:p>
    <w:p>
      <w:r>
        <w:rPr>
          <w:b w:val="0"/>
          <w:sz w:val="20"/>
        </w:rPr>
        <w:t>- Rate of Pay: $________________ per hour / per project / per deliverable</w:t>
      </w:r>
    </w:p>
    <w:p>
      <w:r>
        <w:rPr>
          <w:b w:val="0"/>
          <w:sz w:val="20"/>
        </w:rPr>
        <w:t>- Payment Schedule: _____________________________________________________</w:t>
      </w:r>
    </w:p>
    <w:p>
      <w:r>
        <w:rPr>
          <w:b w:val="0"/>
          <w:sz w:val="20"/>
        </w:rPr>
        <w:t>- Method of Payment: ____________________________________________________</w:t>
      </w:r>
    </w:p>
    <w:p/>
    <w:p>
      <w:r>
        <w:rPr>
          <w:b/>
          <w:sz w:val="20"/>
        </w:rPr>
        <w:t>4. Independent Contractor Status</w:t>
      </w:r>
    </w:p>
    <w:p>
      <w:r>
        <w:rPr>
          <w:b w:val="0"/>
          <w:sz w:val="20"/>
        </w:rPr>
        <w:t>The Worker is an independent contractor and not an employee, agent, or partner of the Employer. The Worker shall have no authority to bind the Employer or incur any obligation on its behalf without prior written consent. The Worker is responsible for all taxes, insurance, and other expenses arising from the performance of the Work.</w:t>
      </w:r>
    </w:p>
    <w:p/>
    <w:p>
      <w:r>
        <w:rPr>
          <w:b/>
          <w:sz w:val="20"/>
        </w:rPr>
        <w:t>5. Confidentiality</w:t>
      </w:r>
    </w:p>
    <w:p>
      <w:r>
        <w:rPr>
          <w:b w:val="0"/>
          <w:sz w:val="20"/>
        </w:rPr>
        <w:t>The Worker agrees to keep confidential and not disclose to any third party any confidential or proprietary information of the Employer learned or obtained during the course of the Work, both during and after termination of this Agreement.</w:t>
      </w:r>
    </w:p>
    <w:p/>
    <w:p>
      <w:r>
        <w:rPr>
          <w:b/>
          <w:sz w:val="20"/>
        </w:rPr>
        <w:t>6. Work Product and Intellectual Property</w:t>
      </w:r>
    </w:p>
    <w:p>
      <w:r>
        <w:rPr>
          <w:b w:val="0"/>
          <w:sz w:val="20"/>
        </w:rPr>
        <w:t>All work product, inventions, designs, developments, and other materials created, developed, or produced by the Worker pursuant to this Agreement shall be the sole and exclusive property of the Employer. The Worker hereby assigns to the Employer all rights, title, and interest in such work product.</w:t>
      </w:r>
    </w:p>
    <w:p/>
    <w:p>
      <w:r>
        <w:rPr>
          <w:b/>
          <w:sz w:val="20"/>
        </w:rPr>
        <w:t>7. Equipment and Materials</w:t>
      </w:r>
    </w:p>
    <w:p>
      <w:r>
        <w:rPr>
          <w:b w:val="0"/>
          <w:sz w:val="20"/>
        </w:rPr>
        <w:t>The Worker shall provide all equipment, tools, and materials necessary to perform the Work unless otherwise agreed in writing.</w:t>
      </w:r>
    </w:p>
    <w:p/>
    <w:p>
      <w:r>
        <w:rPr>
          <w:b/>
          <w:sz w:val="20"/>
        </w:rPr>
        <w:t>8. Compliance with Laws</w:t>
      </w:r>
    </w:p>
    <w:p>
      <w:r>
        <w:rPr>
          <w:b w:val="0"/>
          <w:sz w:val="20"/>
        </w:rPr>
        <w:t>The Worker agrees to comply with all applicable federal, state, and local laws, regulations, and ordinances in performing the Work.</w:t>
      </w:r>
    </w:p>
    <w:p/>
    <w:p>
      <w:r>
        <w:rPr>
          <w:b/>
          <w:sz w:val="20"/>
        </w:rPr>
        <w:t>9. Termination</w:t>
      </w:r>
    </w:p>
    <w:p>
      <w:r>
        <w:rPr>
          <w:b w:val="0"/>
          <w:sz w:val="20"/>
        </w:rPr>
        <w:t>Either party may terminate this Agreement at any time by providing written notice to the other party. Upon termination, the Worker shall deliver all completed work and return any Employer property.</w:t>
      </w:r>
    </w:p>
    <w:p/>
    <w:p>
      <w:r>
        <w:rPr>
          <w:b/>
          <w:sz w:val="20"/>
        </w:rPr>
        <w:t>10. Indemnification</w:t>
      </w:r>
    </w:p>
    <w:p>
      <w:r>
        <w:rPr>
          <w:b w:val="0"/>
          <w:sz w:val="20"/>
        </w:rPr>
        <w:t>The Worker agrees to indemnify, defend, and hold harmless the Employer from and against any claims, damages, liabilities, costs, and expenses arising out of or related to the Work or breach of this Agreement by the Worker.</w:t>
      </w:r>
    </w:p>
    <w:p/>
    <w:p>
      <w:r>
        <w:rPr>
          <w:b/>
          <w:sz w:val="20"/>
        </w:rPr>
        <w:t>11. Governing Law and Jurisdiction</w:t>
      </w:r>
    </w:p>
    <w:p>
      <w:r>
        <w:rPr>
          <w:b w:val="0"/>
          <w:sz w:val="20"/>
        </w:rPr>
        <w:t>This Agreement shall be governed by and construed in accordance with the laws of the State of ____________________, without regard to its conflict of law principles. Any legal action arising out of or relating to this Agreement shall be brought exclusively in the federal or state courts located in ____________________.</w:t>
      </w:r>
    </w:p>
    <w:p/>
    <w:p>
      <w:r>
        <w:rPr>
          <w:b/>
          <w:sz w:val="20"/>
        </w:rPr>
        <w:t>12. Entire Agreement</w:t>
      </w:r>
    </w:p>
    <w:p>
      <w:r>
        <w:rPr>
          <w:b w:val="0"/>
          <w:sz w:val="20"/>
        </w:rPr>
        <w:t>This Agreement constitutes the entire understanding between the parties with respect to the subject matter herein and supersedes all prior agreements, understandings, and negotiations, whether oral or written.</w:t>
      </w:r>
    </w:p>
    <w:p/>
    <w:p>
      <w:r>
        <w:rPr>
          <w:b/>
          <w:sz w:val="20"/>
        </w:rPr>
        <w:t>13. Amendments</w:t>
      </w:r>
    </w:p>
    <w:p>
      <w:r>
        <w:rPr>
          <w:b w:val="0"/>
          <w:sz w:val="20"/>
        </w:rPr>
        <w:t>Any amendments or modifications to this Agreement must be made in writing and signed by both parties.</w:t>
      </w:r>
    </w:p>
    <w:p/>
    <w:p>
      <w:r>
        <w:rPr>
          <w:b/>
          <w:sz w:val="20"/>
        </w:rPr>
        <w:t>14. Severability</w:t>
      </w:r>
    </w:p>
    <w:p>
      <w:r>
        <w:rPr>
          <w:b w:val="0"/>
          <w:sz w:val="20"/>
        </w:rPr>
        <w:t>If any provision of this Agreement is found to be invalid, illegal, or unenforceable, the remaining provisions shall continue in full force and effect.</w:t>
      </w:r>
    </w:p>
    <w:p/>
    <w:p>
      <w:r>
        <w:rPr>
          <w:b/>
          <w:sz w:val="20"/>
        </w:rPr>
        <w:t>15. Notices</w:t>
      </w:r>
    </w:p>
    <w:p>
      <w:r>
        <w:rPr>
          <w:b w:val="0"/>
          <w:sz w:val="20"/>
        </w:rPr>
        <w:t>All notices required or permitted under this Agreement shall be in writing and shall be deemed delivered when personally delivered, sent by certified or registered mail (return receipt requested), or by a nationally recognized overnight courier service to the addresses set forth above or such other address as either party may designate by notice.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WORKER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https://agreement247-us.com/simple-work-agreement/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simple-work-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