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TEXAS SERIES LLC OPERATING AGREEMENT</w:t>
      </w:r>
    </w:p>
    <w:p/>
    <w:p/>
    <w:p>
      <w:r>
        <w:rPr>
          <w:b w:val="0"/>
          <w:sz w:val="20"/>
        </w:rPr>
        <w:t>This Operating Agreement ("Agreement") is entered into by and among the Members of the Texas Series Limited Liability Company ("Company") formed pursuant to the Texas Business Organizations Code, as amended ("TBOC"), to govern the affairs of the Company and the conduct of its business as a Series Limited Liability Company.</w:t>
      </w:r>
    </w:p>
    <w:p/>
    <w:p/>
    <w:p>
      <w:r>
        <w:rPr>
          <w:b/>
          <w:sz w:val="22"/>
        </w:rPr>
        <w:t>ARTICLE I – FORMATION</w:t>
      </w:r>
    </w:p>
    <w:p>
      <w:r>
        <w:rPr>
          <w:b w:val="0"/>
          <w:sz w:val="20"/>
        </w:rPr>
        <w:t>1.1 Formation. The Company was formed as a Texas Series Limited Liability Company pursuant to the TBOC by filing the Certificate of Formation with the Texas Secretary of State.</w:t>
      </w:r>
    </w:p>
    <w:p>
      <w:r>
        <w:rPr>
          <w:b w:val="0"/>
          <w:sz w:val="20"/>
        </w:rPr>
        <w:t>1.2 Series. The Company shall have the power to establish one or more separate series pursuant to Section 101.601 of the TBOC. Each series shall have separate rights, powers or duties with respect to specified property or obligations of the Company, and the debts, liabilities, obligations, and expenses incurred, contracted for or otherwise existing with respect to a particular series shall be enforceable against the assets of such series only.</w:t>
      </w:r>
    </w:p>
    <w:p/>
    <w:p>
      <w:r>
        <w:rPr>
          <w:b/>
          <w:sz w:val="22"/>
        </w:rPr>
        <w:t>ARTICLE II – DEFINITIONS</w:t>
      </w:r>
    </w:p>
    <w:p>
      <w:r>
        <w:rPr>
          <w:b w:val="0"/>
          <w:sz w:val="20"/>
        </w:rPr>
        <w:t>2.1 Definitions. The terms used in this Agreement shall, unless otherwise defined herein, have the meanings set forth in the TBOC.</w:t>
      </w:r>
    </w:p>
    <w:p/>
    <w:p>
      <w:r>
        <w:rPr>
          <w:b/>
          <w:sz w:val="22"/>
        </w:rPr>
        <w:t>ARTICLE III – NAME AND PRINCIPAL PLACE OF BUSINESS</w:t>
      </w:r>
    </w:p>
    <w:p>
      <w:r>
        <w:rPr>
          <w:b w:val="0"/>
          <w:sz w:val="20"/>
        </w:rPr>
        <w:t>3.1 Name. The name of the Company is ______________________________, LLC, and the name of each series established hereunder shall be the Company’s name followed by the designation of the respective series.</w:t>
      </w:r>
    </w:p>
    <w:p>
      <w:r>
        <w:rPr>
          <w:b w:val="0"/>
          <w:sz w:val="20"/>
        </w:rPr>
        <w:t>3.2 Principal Place of Business. The principal place of business of the Company shall be located at ____________________________________________________, or at such other place as the Members may determine.</w:t>
      </w:r>
    </w:p>
    <w:p/>
    <w:p>
      <w:r>
        <w:rPr>
          <w:b/>
          <w:sz w:val="22"/>
        </w:rPr>
        <w:t>ARTICLE IV – PURPOSE</w:t>
      </w:r>
    </w:p>
    <w:p>
      <w:r>
        <w:rPr>
          <w:b w:val="0"/>
          <w:sz w:val="20"/>
        </w:rPr>
        <w:t>4.1 Purpose. The purpose of the Company and each series established under this Agreement is to engage in any lawful business activity for which a limited liability company may be organized under the TBOC.</w:t>
      </w:r>
    </w:p>
    <w:p/>
    <w:p>
      <w:r>
        <w:rPr>
          <w:b/>
          <w:sz w:val="22"/>
        </w:rPr>
        <w:t>ARTICLE V – CAPITAL CONTRIBUTIONS</w:t>
      </w:r>
    </w:p>
    <w:p>
      <w:r>
        <w:rPr>
          <w:b w:val="0"/>
          <w:sz w:val="20"/>
        </w:rPr>
        <w:t>5.1 Initial Capital Contributions. The Members shall contribute capital to the Company and its Series as set forth in Exhibit A attached hereto and incorporated herein by reference.</w:t>
      </w:r>
    </w:p>
    <w:p>
      <w:r>
        <w:rPr>
          <w:b w:val="0"/>
          <w:sz w:val="20"/>
        </w:rPr>
        <w:t>5.2 Additional Contributions. No Member shall be required to make any additional capital contributions beyond their initial contribution unless agreed upon in writing by all Members.</w:t>
      </w:r>
    </w:p>
    <w:p>
      <w:r>
        <w:rPr>
          <w:b w:val="0"/>
          <w:sz w:val="20"/>
        </w:rPr>
        <w:t>5.3 Capital Accounts. Separate capital accounts shall be maintained for the Company and for each series in accordance with applicable accounting and tax principles.</w:t>
      </w:r>
    </w:p>
    <w:p/>
    <w:p>
      <w:r>
        <w:rPr>
          <w:b/>
          <w:sz w:val="22"/>
        </w:rPr>
        <w:t>ARTICLE VI – ALLOCATIONS AND DISTRIBUTIONS</w:t>
      </w:r>
    </w:p>
    <w:p>
      <w:r>
        <w:rPr>
          <w:b w:val="0"/>
          <w:sz w:val="20"/>
        </w:rPr>
        <w:t>6.1 Profits and Losses. The profits and losses of the Company and each series shall be allocated among the Members in accordance with their respective Percentage Interests as set forth in Exhibit A.</w:t>
      </w:r>
    </w:p>
    <w:p>
      <w:r>
        <w:rPr>
          <w:b w:val="0"/>
          <w:sz w:val="20"/>
        </w:rPr>
        <w:t>6.2 Distributions. Distributions shall be made to the Members at such times and in such amounts as determined by the Members, subject to applicable law and the terms of this Agreement.</w:t>
      </w:r>
    </w:p>
    <w:p/>
    <w:p>
      <w:r>
        <w:rPr>
          <w:b/>
          <w:sz w:val="22"/>
        </w:rPr>
        <w:t>ARTICLE VII – MANAGEMENT</w:t>
      </w:r>
    </w:p>
    <w:p>
      <w:r>
        <w:rPr>
          <w:b w:val="0"/>
          <w:sz w:val="20"/>
        </w:rPr>
        <w:t>7.1 Management of the Company. The Company shall be managed by its Members. Each series established hereunder may be managed separately, and the management provisions applicable to each series shall be set forth in Exhibit B or as otherwise determined by the Members.</w:t>
      </w:r>
    </w:p>
    <w:p>
      <w:r>
        <w:rPr>
          <w:b w:val="0"/>
          <w:sz w:val="20"/>
        </w:rPr>
        <w:t>7.2 Authority. Unless otherwise provided, all decisions with respect to the business and affairs of the Company and its series shall be made by the Members holding a majority of the Percentage Interests.</w:t>
      </w:r>
    </w:p>
    <w:p>
      <w:r>
        <w:rPr>
          <w:b w:val="0"/>
          <w:sz w:val="20"/>
        </w:rPr>
        <w:t>7.3 Series Management. Each series shall have the power to enter into contracts, hold title to assets, incur liabilities, and conduct business separate and apart from other series and the Company generally.</w:t>
      </w:r>
    </w:p>
    <w:p/>
    <w:p>
      <w:r>
        <w:rPr>
          <w:b/>
          <w:sz w:val="22"/>
        </w:rPr>
        <w:t>ARTICLE VIII – BOOKS AND RECORDS</w:t>
      </w:r>
    </w:p>
    <w:p>
      <w:r>
        <w:rPr>
          <w:b w:val="0"/>
          <w:sz w:val="20"/>
        </w:rPr>
        <w:t>8.1 Books and Records. The Company shall maintain complete and accurate books and records of the Company's and each series' operations and financial condition in accordance with generally accepted accounting principles.</w:t>
      </w:r>
    </w:p>
    <w:p>
      <w:r>
        <w:rPr>
          <w:b w:val="0"/>
          <w:sz w:val="20"/>
        </w:rPr>
        <w:t>8.2 Inspection Rights. Each Member shall have the right to inspect and copy the books and records of the Company and the series at reasonable times upon reasonable notice.</w:t>
      </w:r>
    </w:p>
    <w:p/>
    <w:p>
      <w:r>
        <w:rPr>
          <w:b/>
          <w:sz w:val="22"/>
        </w:rPr>
        <w:t>ARTICLE IX – BANK ACCOUNTS</w:t>
      </w:r>
    </w:p>
    <w:p>
      <w:r>
        <w:rPr>
          <w:b w:val="0"/>
          <w:sz w:val="20"/>
        </w:rPr>
        <w:t>9.1 Bank Accounts. The funds of the Company and each series shall be deposited in separate bank accounts in the name of the Company or the respective series as applicable.</w:t>
      </w:r>
    </w:p>
    <w:p>
      <w:r>
        <w:rPr>
          <w:b w:val="0"/>
          <w:sz w:val="20"/>
        </w:rPr>
        <w:t>9.2 Use of Funds. The monies of the Company or any series shall be used solely for Company or series purposes, respectively.</w:t>
      </w:r>
    </w:p>
    <w:p/>
    <w:p>
      <w:r>
        <w:rPr>
          <w:b/>
          <w:sz w:val="22"/>
        </w:rPr>
        <w:t>ARTICLE X – TAX MATTERS</w:t>
      </w:r>
    </w:p>
    <w:p>
      <w:r>
        <w:rPr>
          <w:b w:val="0"/>
          <w:sz w:val="20"/>
        </w:rPr>
        <w:t>10.1 Tax Classification. The Company and each series shall be treated as a separate entity for federal and state tax purposes to the extent permitted by law.</w:t>
      </w:r>
    </w:p>
    <w:p>
      <w:r>
        <w:rPr>
          <w:b w:val="0"/>
          <w:sz w:val="20"/>
        </w:rPr>
        <w:t>10.2 Tax Returns. The Members shall cause to be prepared and timely filed all necessary tax returns and reports for the Company and each series.</w:t>
      </w:r>
    </w:p>
    <w:p>
      <w:r>
        <w:rPr>
          <w:b w:val="0"/>
          <w:sz w:val="20"/>
        </w:rPr>
        <w:t>10.3 Tax Matters Member. The Member designated in Exhibit C shall act as the Tax Matters Member with authority to represent the Company and its series in all tax matters.</w:t>
      </w:r>
    </w:p>
    <w:p/>
    <w:p>
      <w:r>
        <w:rPr>
          <w:b/>
          <w:sz w:val="22"/>
        </w:rPr>
        <w:t>ARTICLE XI – TRANSFER OF INTERESTS</w:t>
      </w:r>
    </w:p>
    <w:p>
      <w:r>
        <w:rPr>
          <w:b w:val="0"/>
          <w:sz w:val="20"/>
        </w:rPr>
        <w:t>11.1 Transfer Restrictions. No Member may transfer or assign any part of their interest in the Company or any series without the prior written consent of the other Members, which consent may be withheld in their sole discretion.</w:t>
      </w:r>
    </w:p>
    <w:p>
      <w:r>
        <w:rPr>
          <w:b w:val="0"/>
          <w:sz w:val="20"/>
        </w:rPr>
        <w:t>11.2 Permitted Transfers. Transfers to Affiliates or family members may be permitted upon prior written notice and compliance with any terms set forth by the Members.</w:t>
      </w:r>
    </w:p>
    <w:p>
      <w:r>
        <w:rPr>
          <w:b w:val="0"/>
          <w:sz w:val="20"/>
        </w:rPr>
        <w:t>11.3 Admission of New Members. No transferee shall be admitted as a Member except with the unanimous written consent of the existing Members.</w:t>
      </w:r>
    </w:p>
    <w:p/>
    <w:p>
      <w:r>
        <w:rPr>
          <w:b/>
          <w:sz w:val="22"/>
        </w:rPr>
        <w:t>ARTICLE XII – DISSOLUTION AND TERMINATION</w:t>
      </w:r>
    </w:p>
    <w:p>
      <w:r>
        <w:rPr>
          <w:b w:val="0"/>
          <w:sz w:val="20"/>
        </w:rPr>
        <w:t>12.1 Dissolution Events. The Company or any series shall be dissolved upon the occurrence of any event requiring dissolution under the TBOC or as agreed by the Members in writing.</w:t>
      </w:r>
    </w:p>
    <w:p>
      <w:r>
        <w:rPr>
          <w:b w:val="0"/>
          <w:sz w:val="20"/>
        </w:rPr>
        <w:t>12.2 Winding Up. Upon dissolution, the Company or series shall wind up its affairs, collect its assets, pay or make provision for its liabilities, and distribute the remaining assets to the Members in accordance with their respective interests after satisfaction of all liabilities.</w:t>
      </w:r>
    </w:p>
    <w:p>
      <w:r>
        <w:rPr>
          <w:b w:val="0"/>
          <w:sz w:val="20"/>
        </w:rPr>
        <w:t>12.3 Continuation of Other Series. Dissolution of one series shall not affect the continued existence or operations of the Company or any other series established hereunder.</w:t>
      </w:r>
    </w:p>
    <w:p/>
    <w:p>
      <w:r>
        <w:rPr>
          <w:b/>
          <w:sz w:val="22"/>
        </w:rPr>
        <w:t>ARTICLE XIII – INDEMNIFICATION</w:t>
      </w:r>
    </w:p>
    <w:p>
      <w:r>
        <w:rPr>
          <w:b w:val="0"/>
          <w:sz w:val="20"/>
        </w:rPr>
        <w:t>13.1 Indemnification. To the fullest extent permitted by law, the Company shall indemnify and hold harmless any Member, Manager, officer, or agent of the Company or any series from and against any and all liabilities, losses, damages, claims, or expenses arising out of the conduct of the Company or series business, except for gross negligence, willful misconduct, or fraud.</w:t>
      </w:r>
    </w:p>
    <w:p/>
    <w:p>
      <w:r>
        <w:rPr>
          <w:b/>
          <w:sz w:val="22"/>
        </w:rPr>
        <w:t>ARTICLE XIV – AMENDMENTS</w:t>
      </w:r>
    </w:p>
    <w:p>
      <w:r>
        <w:rPr>
          <w:b w:val="0"/>
          <w:sz w:val="20"/>
        </w:rPr>
        <w:t>14.1 Amendments. This Agreement may be amended only by the written consent of Members holding at least a majority of the Percentage Interests, unless a greater percentage is required by law or this Agreement.</w:t>
      </w:r>
    </w:p>
    <w:p/>
    <w:p>
      <w:r>
        <w:rPr>
          <w:b/>
          <w:sz w:val="22"/>
        </w:rPr>
        <w:t>ARTICLE XV – MISCELLANEOUS</w:t>
      </w:r>
    </w:p>
    <w:p>
      <w:r>
        <w:rPr>
          <w:b w:val="0"/>
          <w:sz w:val="20"/>
        </w:rPr>
        <w:t>15.1 Governing Law. This Agreement shall be governed by and construed in accordance with the laws of the State of Texas, without regard to its conflicts of law principles.</w:t>
      </w:r>
    </w:p>
    <w:p>
      <w:r>
        <w:rPr>
          <w:b w:val="0"/>
          <w:sz w:val="20"/>
        </w:rPr>
        <w:t>15.2 Severability. If any provision of this Agreement is held to be invalid or unenforceable, the remaining provisions shall continue in full force and effect.</w:t>
      </w:r>
    </w:p>
    <w:p>
      <w:r>
        <w:rPr>
          <w:b w:val="0"/>
          <w:sz w:val="20"/>
        </w:rPr>
        <w:t>15.3 Entire Agreement. This Agreement constitutes the entire agreement among the Members with respect to the subject matter hereof and supersedes all prior agreements and understandings.</w:t>
      </w:r>
    </w:p>
    <w:p>
      <w:r>
        <w:rPr>
          <w:b w:val="0"/>
          <w:sz w:val="20"/>
        </w:rPr>
        <w:t>15.4 Notices. All notices required or permitted under this Agreement shall be in writing and delivered personally or sent by certified mail, return receipt requested, or by other means reasonably calculated to provide actual notice to the Members.</w:t>
      </w:r>
    </w:p>
    <w:p>
      <w:r>
        <w:rPr>
          <w:b w:val="0"/>
          <w:sz w:val="20"/>
        </w:rPr>
        <w:t>15.5 Counterparts. This Agreement may be executed in counterparts, each of which shall be deemed an original, but all of which together shall constitute one and the same instrument.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 1</w:t>
            </w:r>
          </w:p>
        </w:tc>
        <w:tc>
          <w:tcPr>
            <w:tcW w:type="dxa" w:w="4986"/>
            <w:tcBorders>
              <w:top w:val="nil"/>
              <w:left w:val="nil"/>
              <w:bottom w:val="nil"/>
              <w:right w:val="nil"/>
              <w:insideH w:val="nil"/>
              <w:insideV w:val="nil"/>
            </w:tcBorders>
          </w:tcPr>
          <w:p>
            <w:pPr>
              <w:jc w:val="center"/>
            </w:pPr>
            <w:r>
              <w:t>MEMBER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https://agreement247-us.com/texas-series-llc-operating-agreement/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texas-series-llc-operating-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