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VACATION RENTAL AGREEMENT</w:t>
      </w:r>
    </w:p>
    <w:p/>
    <w:p>
      <w:r>
        <w:rPr>
          <w:b/>
          <w:sz w:val="20"/>
        </w:rPr>
        <w:t>This Vacation Rental Agreement ("Agreement") is made between the following parties:</w:t>
      </w:r>
    </w:p>
    <w:p/>
    <w:p>
      <w:r>
        <w:rPr>
          <w:b/>
          <w:sz w:val="20"/>
        </w:rPr>
        <w:t>Owner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Renter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Property Information:</w:t>
      </w:r>
    </w:p>
    <w:p>
      <w:r>
        <w:rPr>
          <w:b w:val="0"/>
          <w:sz w:val="20"/>
        </w:rPr>
        <w:t>Property Address: _____________________________________________________</w:t>
      </w:r>
    </w:p>
    <w:p>
      <w:r>
        <w:rPr>
          <w:b w:val="0"/>
          <w:sz w:val="20"/>
        </w:rPr>
        <w:t>Type of Property: ______________________________________________________</w:t>
      </w:r>
    </w:p>
    <w:p>
      <w:r>
        <w:rPr>
          <w:b w:val="0"/>
          <w:sz w:val="20"/>
        </w:rPr>
        <w:t>Maximum Occupancy: ____________________</w:t>
      </w:r>
    </w:p>
    <w:p>
      <w:r>
        <w:rPr>
          <w:b w:val="0"/>
          <w:sz w:val="20"/>
        </w:rPr>
        <w:t>Number of Bedrooms: ___________________   Number of Bathrooms: _______________</w:t>
      </w:r>
    </w:p>
    <w:p>
      <w:r>
        <w:rPr>
          <w:b w:val="0"/>
          <w:sz w:val="20"/>
        </w:rPr>
        <w:t>Furnishings and Amenities Included: _____________________________________</w:t>
      </w:r>
    </w:p>
    <w:p/>
    <w:p>
      <w:r>
        <w:rPr>
          <w:b/>
          <w:sz w:val="20"/>
        </w:rPr>
        <w:t>Rental Term:</w:t>
      </w:r>
    </w:p>
    <w:p>
      <w:r>
        <w:rPr>
          <w:b w:val="0"/>
          <w:sz w:val="20"/>
        </w:rPr>
        <w:t>Check-in Time: _________________________</w:t>
      </w:r>
    </w:p>
    <w:p>
      <w:r>
        <w:rPr>
          <w:b w:val="0"/>
          <w:sz w:val="20"/>
        </w:rPr>
        <w:t>Check-out Time: ________________________</w:t>
      </w:r>
    </w:p>
    <w:p>
      <w:r>
        <w:rPr>
          <w:b w:val="0"/>
          <w:sz w:val="20"/>
        </w:rPr>
        <w:t>Rental Period Start: ____________________</w:t>
      </w:r>
    </w:p>
    <w:p>
      <w:r>
        <w:rPr>
          <w:b w:val="0"/>
          <w:sz w:val="20"/>
        </w:rPr>
        <w:t>Rental Period End: ______________________</w:t>
      </w:r>
    </w:p>
    <w:p>
      <w:r>
        <w:rPr>
          <w:b w:val="0"/>
          <w:sz w:val="20"/>
        </w:rPr>
        <w:t>Number of Guests: ______________________</w:t>
      </w:r>
    </w:p>
    <w:p/>
    <w:p>
      <w:r>
        <w:rPr>
          <w:b/>
          <w:sz w:val="20"/>
        </w:rPr>
        <w:t>Rental Amount and Payment Terms:</w:t>
      </w:r>
    </w:p>
    <w:p>
      <w:r>
        <w:rPr>
          <w:b w:val="0"/>
          <w:sz w:val="20"/>
        </w:rPr>
        <w:t>Total Rental Fee: $_____________________</w:t>
      </w:r>
    </w:p>
    <w:p>
      <w:r>
        <w:rPr>
          <w:b w:val="0"/>
          <w:sz w:val="20"/>
        </w:rPr>
        <w:t>Security Deposit: $_____________________</w:t>
      </w:r>
    </w:p>
    <w:p>
      <w:r>
        <w:rPr>
          <w:b w:val="0"/>
          <w:sz w:val="20"/>
        </w:rPr>
        <w:t>Payment Method(s): _____________________________________________________</w:t>
      </w:r>
    </w:p>
    <w:p>
      <w:r>
        <w:rPr>
          <w:b w:val="0"/>
          <w:sz w:val="20"/>
        </w:rPr>
        <w:t>Payment Schedule: ______________________________________________________</w:t>
      </w:r>
    </w:p>
    <w:p>
      <w:r>
        <w:rPr>
          <w:b w:val="0"/>
          <w:sz w:val="20"/>
        </w:rPr>
        <w:t>Late Payment Penalties (if any): ________________________________________</w:t>
      </w:r>
    </w:p>
    <w:p/>
    <w:p>
      <w:r>
        <w:rPr>
          <w:b/>
          <w:sz w:val="20"/>
        </w:rPr>
        <w:t>Cancellation Policy:</w:t>
      </w:r>
    </w:p>
    <w:p>
      <w:r>
        <w:rPr>
          <w:b w:val="0"/>
          <w:sz w:val="20"/>
        </w:rPr>
        <w:t>Cancellation Notice Requirements: ______________________________________</w:t>
      </w:r>
    </w:p>
    <w:p>
      <w:r>
        <w:rPr>
          <w:b w:val="0"/>
          <w:sz w:val="20"/>
        </w:rPr>
        <w:t>Refund Policy: _________________________________________________________</w:t>
      </w:r>
    </w:p>
    <w:p>
      <w:r>
        <w:rPr>
          <w:b w:val="0"/>
          <w:sz w:val="20"/>
        </w:rPr>
        <w:t>Non-Refundable Fees (if any): ___________________________________________</w:t>
      </w:r>
    </w:p>
    <w:p/>
    <w:p>
      <w:r>
        <w:rPr>
          <w:b/>
          <w:sz w:val="20"/>
        </w:rPr>
        <w:t>Security Deposit and Damages:</w:t>
      </w:r>
    </w:p>
    <w:p>
      <w:r>
        <w:rPr>
          <w:b w:val="0"/>
          <w:sz w:val="20"/>
        </w:rPr>
        <w:t>The Security Deposit shall be held to cover damages beyond normal wear and tear.</w:t>
      </w:r>
    </w:p>
    <w:p>
      <w:r>
        <w:rPr>
          <w:b w:val="0"/>
          <w:sz w:val="20"/>
        </w:rPr>
        <w:t>Renter agrees to notify Owner immediately of any damages or issues.</w:t>
      </w:r>
    </w:p>
    <w:p>
      <w:r>
        <w:rPr>
          <w:b w:val="0"/>
          <w:sz w:val="20"/>
        </w:rPr>
        <w:t>Owner will return the Security Deposit within ______________ days after the end of the rental period, less any deductions for damages or unpaid charges.</w:t>
      </w:r>
    </w:p>
    <w:p/>
    <w:p>
      <w:r>
        <w:rPr>
          <w:b/>
          <w:sz w:val="20"/>
        </w:rPr>
        <w:t>Use of Property:</w:t>
      </w:r>
    </w:p>
    <w:p>
      <w:r>
        <w:rPr>
          <w:b w:val="0"/>
          <w:sz w:val="20"/>
        </w:rPr>
        <w:t>Renter agrees to use the Property solely for residential vacation purposes and agrees not to use the Property for any unlawful or commercial purpose.</w:t>
      </w:r>
    </w:p>
    <w:p>
      <w:r>
        <w:rPr>
          <w:b w:val="0"/>
          <w:sz w:val="20"/>
        </w:rPr>
        <w:t>No smoking is allowed inside the Property.</w:t>
      </w:r>
    </w:p>
    <w:p>
      <w:r>
        <w:rPr>
          <w:b w:val="0"/>
          <w:sz w:val="20"/>
        </w:rPr>
        <w:t>Pets are [allowed/not allowed].</w:t>
      </w:r>
    </w:p>
    <w:p>
      <w:r>
        <w:rPr>
          <w:b w:val="0"/>
          <w:sz w:val="20"/>
        </w:rPr>
        <w:t>Renter shall comply with all applicable laws, regulations, and HOA or community rules.</w:t>
      </w:r>
    </w:p>
    <w:p/>
    <w:p>
      <w:r>
        <w:rPr>
          <w:b/>
          <w:sz w:val="20"/>
        </w:rPr>
        <w:t>Responsibilities of Renter:</w:t>
      </w:r>
    </w:p>
    <w:p>
      <w:r>
        <w:rPr>
          <w:b w:val="0"/>
          <w:sz w:val="20"/>
        </w:rPr>
        <w:t>Renter shall maintain the Property in a clean and safe condition and shall be responsible for any damage caused by Renter or guests.</w:t>
      </w:r>
    </w:p>
    <w:p>
      <w:r>
        <w:rPr>
          <w:b w:val="0"/>
          <w:sz w:val="20"/>
        </w:rPr>
        <w:t>Renter shall not make any alterations or improvements to the Property without prior written consent from Owner.</w:t>
      </w:r>
    </w:p>
    <w:p>
      <w:r>
        <w:rPr>
          <w:b w:val="0"/>
          <w:sz w:val="20"/>
        </w:rPr>
        <w:t>Renter shall return the Property and all furnishings in the same condition as received, ordinary wear and tear excepted.</w:t>
      </w:r>
    </w:p>
    <w:p/>
    <w:p>
      <w:r>
        <w:rPr>
          <w:b/>
          <w:sz w:val="20"/>
        </w:rPr>
        <w:t>Responsibilities of Owner:</w:t>
      </w:r>
    </w:p>
    <w:p>
      <w:r>
        <w:rPr>
          <w:b w:val="0"/>
          <w:sz w:val="20"/>
        </w:rPr>
        <w:t>Owner agrees to provide the Property in a clean, habitable condition and ensure all listed amenities are in good working order.</w:t>
      </w:r>
    </w:p>
    <w:p>
      <w:r>
        <w:rPr>
          <w:b w:val="0"/>
          <w:sz w:val="20"/>
        </w:rPr>
        <w:t>Owner shall be responsible for maintenance and repairs not caused by Renter’s misuse.</w:t>
      </w:r>
    </w:p>
    <w:p>
      <w:r>
        <w:rPr>
          <w:b w:val="0"/>
          <w:sz w:val="20"/>
        </w:rPr>
        <w:t>Owner will provide emergency contact information to Renter.</w:t>
      </w:r>
    </w:p>
    <w:p/>
    <w:p>
      <w:r>
        <w:rPr>
          <w:b/>
          <w:sz w:val="20"/>
        </w:rPr>
        <w:t>Indemnification and Liability:</w:t>
      </w:r>
    </w:p>
    <w:p>
      <w:r>
        <w:rPr>
          <w:b w:val="0"/>
          <w:sz w:val="20"/>
        </w:rPr>
        <w:t>Renter agrees to indemnify and hold harmless Owner from any claims, damages, or liability arising out of Renter's use of the Property, except those caused by Owner’s gross negligence or willful misconduct.</w:t>
      </w:r>
    </w:p>
    <w:p>
      <w:r>
        <w:rPr>
          <w:b w:val="0"/>
          <w:sz w:val="20"/>
        </w:rPr>
        <w:t>Owner is not responsible for any injury, loss, or damage to persons or property during the rental period.</w:t>
      </w:r>
    </w:p>
    <w:p/>
    <w:p>
      <w:r>
        <w:rPr>
          <w:b/>
          <w:sz w:val="20"/>
        </w:rPr>
        <w:t>Termination:</w:t>
      </w:r>
    </w:p>
    <w:p>
      <w:r>
        <w:rPr>
          <w:b w:val="0"/>
          <w:sz w:val="20"/>
        </w:rPr>
        <w:t>Owner reserves the right to terminate this Agreement and require immediate vacating of the Property if Renter breaches any terms of this Agreement.</w:t>
      </w:r>
    </w:p>
    <w:p>
      <w:r>
        <w:rPr>
          <w:b w:val="0"/>
          <w:sz w:val="20"/>
        </w:rPr>
        <w:t>No refunds shall be due if the Agreement is terminated due to Renter’s breach.</w:t>
      </w:r>
    </w:p>
    <w:p/>
    <w:p>
      <w:r>
        <w:rPr>
          <w:b/>
          <w:sz w:val="20"/>
        </w:rPr>
        <w:t>Governing Law and Dispute Resolution:</w:t>
      </w:r>
    </w:p>
    <w:p>
      <w:r>
        <w:rPr>
          <w:b w:val="0"/>
          <w:sz w:val="20"/>
        </w:rPr>
        <w:t>This Agreement shall be governed by and construed in accordance with the laws of the state in which the Property is located.</w:t>
      </w:r>
    </w:p>
    <w:p>
      <w:r>
        <w:rPr>
          <w:b w:val="0"/>
          <w:sz w:val="20"/>
        </w:rPr>
        <w:t>Any disputes arising out of or related to this Agreement shall be resolved through negotiation in good faith between the parties.</w:t>
      </w:r>
    </w:p>
    <w:p>
      <w:r>
        <w:rPr>
          <w:b w:val="0"/>
          <w:sz w:val="20"/>
        </w:rPr>
        <w:t>If negotiation fails, disputes shall be submitted to binding arbitration in accordance with the rules of the American Arbitration Association, in the location of the Property.</w:t>
      </w:r>
    </w:p>
    <w:p/>
    <w:p>
      <w:r>
        <w:rPr>
          <w:b/>
          <w:sz w:val="20"/>
        </w:rPr>
        <w:t>Entire Agreement:</w:t>
      </w:r>
    </w:p>
    <w:p>
      <w:r>
        <w:rPr>
          <w:b w:val="0"/>
          <w:sz w:val="20"/>
        </w:rPr>
        <w:t>This Agreement constitutes the entire agreement between the parties and supersedes all prior discussions or agreements, whether oral or written.</w:t>
      </w:r>
    </w:p>
    <w:p>
      <w:r>
        <w:rPr>
          <w:b w:val="0"/>
          <w:sz w:val="20"/>
        </w:rPr>
        <w:t>Any modifications to this Agreement must be in writing and signed by both parties.</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OWNER</w:t>
            </w:r>
          </w:p>
        </w:tc>
        <w:tc>
          <w:tcPr>
            <w:tcW w:type="dxa" w:w="4986"/>
            <w:tcBorders>
              <w:top w:val="nil"/>
              <w:left w:val="nil"/>
              <w:bottom w:val="nil"/>
              <w:right w:val="nil"/>
              <w:insideH w:val="nil"/>
              <w:insideV w:val="nil"/>
            </w:tcBorders>
          </w:tcPr>
          <w:p>
            <w:pPr>
              <w:jc w:val="center"/>
            </w:pPr>
            <w:r>
              <w:t>RENTER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https://agreement247-us.com/vacation-rental-agreement/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vacation-rental-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