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WEBSITE TERMS OF SERVICE AGREEMENT</w:t>
      </w:r>
    </w:p>
    <w:p/>
    <w:p>
      <w:r>
        <w:rPr>
          <w:b w:val="0"/>
          <w:sz w:val="20"/>
        </w:rPr>
        <w:t>This Website Terms of Service Agreement ("Agreement") governs your use of this website (the "Site") operated by the Company. By accessing or using the Site, you agree to be bound by this Agreement. If you do not agree to all terms, do not use the Site.</w:t>
      </w:r>
    </w:p>
    <w:p/>
    <w:p/>
    <w:p>
      <w:r>
        <w:rPr>
          <w:b/>
          <w:sz w:val="22"/>
        </w:rPr>
        <w:t>1. Acceptance of Terms</w:t>
      </w:r>
    </w:p>
    <w:p>
      <w:r>
        <w:rPr>
          <w:b w:val="0"/>
          <w:sz w:val="20"/>
        </w:rPr>
        <w:t>By accessing, browsing, or using this Site, you acknowledge that you have read, understood, and agree to be legally bound by these Terms of Service and all applicable laws and regulations.</w:t>
      </w:r>
    </w:p>
    <w:p/>
    <w:p>
      <w:r>
        <w:rPr>
          <w:b/>
          <w:sz w:val="22"/>
        </w:rPr>
        <w:t>2. Use of the Site</w:t>
      </w:r>
    </w:p>
    <w:p>
      <w:r>
        <w:rPr>
          <w:b w:val="0"/>
          <w:sz w:val="20"/>
        </w:rPr>
        <w:t>You agree to use the Site only for lawful purposes and in a manner consistent with all applicable laws and regulations. You shall not use the Site to:</w:t>
      </w:r>
    </w:p>
    <w:p>
      <w:r>
        <w:rPr>
          <w:b w:val="0"/>
          <w:sz w:val="20"/>
        </w:rPr>
        <w:t>- Violate any local, state, national, or international law or regulation.</w:t>
      </w:r>
    </w:p>
    <w:p>
      <w:r>
        <w:rPr>
          <w:b w:val="0"/>
          <w:sz w:val="20"/>
        </w:rPr>
        <w:t>- Infringe intellectual property rights or proprietary rights of others.</w:t>
      </w:r>
    </w:p>
    <w:p>
      <w:r>
        <w:rPr>
          <w:b w:val="0"/>
          <w:sz w:val="20"/>
        </w:rPr>
        <w:t>- Transmit anything that is unlawful, abusive, harassing, harmful to reputation, pornographic, indecent, profane, obscene, hateful, racist, or otherwise objectionable.</w:t>
      </w:r>
    </w:p>
    <w:p>
      <w:r>
        <w:rPr>
          <w:b w:val="0"/>
          <w:sz w:val="20"/>
        </w:rPr>
        <w:t>- Engage in any conduct that restricts or inhibits any other user from using or enjoying the Site.</w:t>
      </w:r>
    </w:p>
    <w:p>
      <w:r>
        <w:rPr>
          <w:b w:val="0"/>
          <w:sz w:val="20"/>
        </w:rPr>
        <w:t>- Introduce any viruses, trojan horses, worms, logic bombs, or other material that is malicious or technologically harmful.</w:t>
      </w:r>
    </w:p>
    <w:p/>
    <w:p>
      <w:r>
        <w:rPr>
          <w:b/>
          <w:sz w:val="22"/>
        </w:rPr>
        <w:t>3. User Accounts</w:t>
      </w:r>
    </w:p>
    <w:p>
      <w:r>
        <w:rPr>
          <w:b w:val="0"/>
          <w:sz w:val="20"/>
        </w:rPr>
        <w:t>Certain features of the Site may require you to create an account. You agree to provide accurate, current, and complete information during registration and to update such information to keep it accurate. You are responsible for safeguarding your account credentials and for all activities that occur under your account.</w:t>
      </w:r>
    </w:p>
    <w:p>
      <w:r>
        <w:rPr>
          <w:b w:val="0"/>
          <w:sz w:val="20"/>
        </w:rPr>
        <w:t>You agree to notify the Company immediately of any unauthorized use of your account or any other security breach.</w:t>
      </w:r>
    </w:p>
    <w:p/>
    <w:p>
      <w:r>
        <w:rPr>
          <w:b/>
          <w:sz w:val="22"/>
        </w:rPr>
        <w:t>4. Intellectual Property Rights</w:t>
      </w:r>
    </w:p>
    <w:p>
      <w:r>
        <w:rPr>
          <w:b w:val="0"/>
          <w:sz w:val="20"/>
        </w:rPr>
        <w:t>All content on the Site, including but not limited to text, graphics, logos, images, audio clips, video clips, digital downloads, data compilations, and software, is the property of the Company or its content suppliers and protected by United States and international copyright laws.</w:t>
      </w:r>
    </w:p>
    <w:p>
      <w:r>
        <w:rPr>
          <w:b w:val="0"/>
          <w:sz w:val="20"/>
        </w:rPr>
        <w:t>You may not reproduce, distribute, modify, create derivative works of, publicly display, publicly perform, republish, download, store, or transmit any of the material on our Site without prior written consent from the Company.</w:t>
      </w:r>
    </w:p>
    <w:p/>
    <w:p>
      <w:r>
        <w:rPr>
          <w:b/>
          <w:sz w:val="22"/>
        </w:rPr>
        <w:t>5. User Content</w:t>
      </w:r>
    </w:p>
    <w:p>
      <w:r>
        <w:rPr>
          <w:b w:val="0"/>
          <w:sz w:val="20"/>
        </w:rPr>
        <w:t>You may have the opportunity to post, submit, or otherwise make available content on the Site ("User Content"). By submitting User Content, you grant the Company a worldwide, non-exclusive, royalty-free, sublicensable, and transferable license to use, reproduce, distribute, prepare derivative works of, display, and perform such User Content in connection with the Site and the Company’s business.</w:t>
      </w:r>
    </w:p>
    <w:p>
      <w:r>
        <w:rPr>
          <w:b w:val="0"/>
          <w:sz w:val="20"/>
        </w:rPr>
        <w:t>You represent and warrant that you own or otherwise control all rights to the User Content and that the User Content does not infringe any intellectual property, proprietary, privacy, or publicity rights of any third party.</w:t>
      </w:r>
    </w:p>
    <w:p>
      <w:r>
        <w:rPr>
          <w:b w:val="0"/>
          <w:sz w:val="20"/>
        </w:rPr>
        <w:t>The Company reserves the right to remove or refuse to post any User Content for any reason or no reason, without liability.</w:t>
      </w:r>
    </w:p>
    <w:p/>
    <w:p>
      <w:r>
        <w:rPr>
          <w:b/>
          <w:sz w:val="22"/>
        </w:rPr>
        <w:t>6. Privacy Policy</w:t>
      </w:r>
    </w:p>
    <w:p>
      <w:r>
        <w:rPr>
          <w:b w:val="0"/>
          <w:sz w:val="20"/>
        </w:rPr>
        <w:t>Your use of the Site is also governed by our Privacy Policy, which is incorporated herein by reference. Please review the Privacy Policy carefully to understand our practices.</w:t>
      </w:r>
    </w:p>
    <w:p/>
    <w:p>
      <w:r>
        <w:rPr>
          <w:b/>
          <w:sz w:val="22"/>
        </w:rPr>
        <w:t>7. Disclaimer of Warranties</w:t>
      </w:r>
    </w:p>
    <w:p>
      <w:r>
        <w:rPr>
          <w:b w:val="0"/>
          <w:sz w:val="20"/>
        </w:rPr>
        <w:t>The Site and all information, products, and services provided through it are provided "as is" and "as available" without warranties of any kind, either express or implied, including but not limited to implied warranties of merchantability, fitness for a particular purpose, or non-infringement.</w:t>
      </w:r>
    </w:p>
    <w:p>
      <w:r>
        <w:rPr>
          <w:b w:val="0"/>
          <w:sz w:val="20"/>
        </w:rPr>
        <w:t>The Company does not warrant that the Site will be uninterrupted, error-free, or free from viruses or other harmful components.</w:t>
      </w:r>
    </w:p>
    <w:p/>
    <w:p>
      <w:r>
        <w:rPr>
          <w:b/>
          <w:sz w:val="22"/>
        </w:rPr>
        <w:t>8. Limitation of Liability</w:t>
      </w:r>
    </w:p>
    <w:p>
      <w:r>
        <w:rPr>
          <w:b w:val="0"/>
          <w:sz w:val="20"/>
        </w:rPr>
        <w:t>To the maximum extent permitted by applicable law, the Company shall not be liable for any direct, indirect, incidental, special, consequential, or punitive damages, or any other damages of any kind, including but not limited to loss of profits, data, use, goodwill, or other intangible losses, arising out of or in connection with your use of, or inability to use, the Site.</w:t>
      </w:r>
    </w:p>
    <w:p/>
    <w:p>
      <w:r>
        <w:rPr>
          <w:b/>
          <w:sz w:val="22"/>
        </w:rPr>
        <w:t>9. Indemnification</w:t>
      </w:r>
    </w:p>
    <w:p>
      <w:r>
        <w:rPr>
          <w:b w:val="0"/>
          <w:sz w:val="20"/>
        </w:rPr>
        <w:t>You agree to indemnify, defend, and hold harmless the Company, its affiliates, officers, directors, employees, agents, licensors, and suppliers from and against all losses, expenses, damages, and costs, including reasonable attorneys’ fees, resulting from any violation of these Terms of Service or any activity related to your account (including negligent or wrongful conduct).</w:t>
      </w:r>
    </w:p>
    <w:p/>
    <w:p>
      <w:r>
        <w:rPr>
          <w:b/>
          <w:sz w:val="22"/>
        </w:rPr>
        <w:t>10. Termination</w:t>
      </w:r>
    </w:p>
    <w:p>
      <w:r>
        <w:rPr>
          <w:b w:val="0"/>
          <w:sz w:val="20"/>
        </w:rPr>
        <w:t>The Company may terminate or suspend your access to the Site immediately, without prior notice or liability, for any reason whatsoever, including without limitation if you breach these Terms of Service.</w:t>
      </w:r>
    </w:p>
    <w:p>
      <w:r>
        <w:rPr>
          <w:b w:val="0"/>
          <w:sz w:val="20"/>
        </w:rPr>
        <w:t>Upon termination, your right to use the Site will immediately cease. All provisions of the Terms which by their nature should survive termination shall survive termination, including ownership provisions, warranty disclaimers, indemnity, and limitations of liability.</w:t>
      </w:r>
    </w:p>
    <w:p/>
    <w:p>
      <w:r>
        <w:rPr>
          <w:b/>
          <w:sz w:val="22"/>
        </w:rPr>
        <w:t>11. Governing Law and Jurisdiction</w:t>
      </w:r>
    </w:p>
    <w:p>
      <w:r>
        <w:rPr>
          <w:b w:val="0"/>
          <w:sz w:val="20"/>
        </w:rPr>
        <w:t>These Terms of Service shall be governed by and construed in accordance with the laws of the State of [Insert State], United States, without regard to its conflict of law provisions.</w:t>
      </w:r>
    </w:p>
    <w:p>
      <w:r>
        <w:rPr>
          <w:b w:val="0"/>
          <w:sz w:val="20"/>
        </w:rPr>
        <w:t>You agree that any legal action or proceeding between you and the Company arising out of or relating to these Terms shall be brought exclusively in a federal or state court of competent jurisdiction located in [Insert County], [Insert State].</w:t>
      </w:r>
    </w:p>
    <w:p/>
    <w:p>
      <w:r>
        <w:rPr>
          <w:b/>
          <w:sz w:val="22"/>
        </w:rPr>
        <w:t>12. Changes to Terms</w:t>
      </w:r>
    </w:p>
    <w:p>
      <w:r>
        <w:rPr>
          <w:b w:val="0"/>
          <w:sz w:val="20"/>
        </w:rPr>
        <w:t>The Company reserves the right, at its sole discretion, to modify or replace these Terms of Service at any time. We will provide notice of changes by posting the new Terms on the Site. Your continued use of the Site after such changes constitutes your acceptance of the new Terms.</w:t>
      </w:r>
    </w:p>
    <w:p/>
    <w:p>
      <w:r>
        <w:rPr>
          <w:b/>
          <w:sz w:val="22"/>
        </w:rPr>
        <w:t>13. Entire Agreement</w:t>
      </w:r>
    </w:p>
    <w:p>
      <w:r>
        <w:rPr>
          <w:b w:val="0"/>
          <w:sz w:val="20"/>
        </w:rPr>
        <w:t>These Terms of Service, together with the Privacy Policy and any other legal notices published by the Company on the Site, constitute the entire agreement between you and the Company concerning the Site and supersede all prior agreements or communications.</w:t>
      </w:r>
    </w:p>
    <w:p/>
    <w:p/>
    <w:p>
      <w:r>
        <w:rPr>
          <w:b/>
          <w:sz w:val="22"/>
        </w:rPr>
        <w:t>Contact Information</w:t>
      </w:r>
    </w:p>
    <w:p>
      <w:r>
        <w:rPr>
          <w:b w:val="0"/>
          <w:sz w:val="20"/>
        </w:rPr>
        <w:t>If you have any questions about these Terms, please contact us at:</w:t>
      </w:r>
    </w:p>
    <w:p>
      <w:r>
        <w:rPr>
          <w:b w:val="0"/>
          <w:sz w:val="20"/>
        </w:rPr>
        <w:t>Company Name: __________________________________________</w:t>
      </w:r>
    </w:p>
    <w:p>
      <w:r>
        <w:rPr>
          <w:b w:val="0"/>
          <w:sz w:val="20"/>
        </w:rPr>
        <w:t>Address: _______________________________________________</w:t>
      </w:r>
    </w:p>
    <w:p>
      <w:r>
        <w:rPr>
          <w:b w:val="0"/>
          <w:sz w:val="20"/>
        </w:rPr>
        <w:t>Email: _________________________________________________</w:t>
      </w:r>
    </w:p>
    <w:p>
      <w:r>
        <w:rPr>
          <w:b w:val="0"/>
          <w:sz w:val="20"/>
        </w:rPr>
        <w:t>Phone: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 REPRESENTATIVE</w:t>
            </w:r>
          </w:p>
        </w:tc>
        <w:tc>
          <w:tcPr>
            <w:tcW w:type="dxa" w:w="4986"/>
            <w:tcBorders>
              <w:top w:val="nil"/>
              <w:left w:val="nil"/>
              <w:bottom w:val="nil"/>
              <w:right w:val="nil"/>
              <w:insideH w:val="nil"/>
              <w:insideV w:val="nil"/>
            </w:tcBorders>
          </w:tcPr>
          <w:p>
            <w:pPr>
              <w:jc w:val="center"/>
            </w:pPr>
            <w:r>
              <w:t>USER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https://agreement247-us.com/website-agreement/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websit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